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1F4B" w14:textId="77777777" w:rsidR="00F03D94" w:rsidRDefault="00F03D94">
      <w:pPr>
        <w:spacing w:after="160"/>
      </w:pPr>
    </w:p>
    <w:p w14:paraId="17DE65DA" w14:textId="77777777" w:rsidR="00F03D94" w:rsidRDefault="00000000">
      <w:pPr>
        <w:jc w:val="center"/>
      </w:pPr>
      <w:r>
        <w:rPr>
          <w:noProof/>
        </w:rPr>
        <w:drawing>
          <wp:inline distT="0" distB="0" distL="0" distR="0" wp14:anchorId="67B6B398" wp14:editId="6714B4F2">
            <wp:extent cx="1080000" cy="108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tupo_ekponisis_ptuxiakis_ergasias_ds_sept-2020-5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61B5C" w14:textId="77777777" w:rsidR="00F03D94" w:rsidRPr="000619FD" w:rsidRDefault="00000000">
      <w:pPr>
        <w:pStyle w:val="CoverInstitution"/>
        <w:rPr>
          <w:bCs/>
          <w:lang w:val="el-GR"/>
        </w:rPr>
      </w:pPr>
      <w:r w:rsidRPr="000619FD">
        <w:rPr>
          <w:bCs/>
          <w:lang w:val="el-GR"/>
        </w:rPr>
        <w:t>ΠΑΝΕΠΙΣΤΗΜΙΟ ΠΕΙΡΑΙΩΣ</w:t>
      </w:r>
    </w:p>
    <w:p w14:paraId="018476FC" w14:textId="77777777" w:rsidR="00F03D94" w:rsidRPr="000619FD" w:rsidRDefault="00000000">
      <w:pPr>
        <w:pStyle w:val="CoverInstitution"/>
        <w:rPr>
          <w:bCs/>
          <w:lang w:val="el-GR"/>
        </w:rPr>
      </w:pPr>
      <w:r w:rsidRPr="000619FD">
        <w:rPr>
          <w:bCs/>
          <w:lang w:val="el-GR"/>
        </w:rPr>
        <w:t>ΣΧΟΛΗ ΤΕΧΝΟΛΟΓΙΩΝ ΠΛΗΡΟΦΟΡΙΚΗΣ ΚΑΙ ΕΠΙΚΟΙΝΩΝΙΩΝ</w:t>
      </w:r>
    </w:p>
    <w:p w14:paraId="51D55DDD" w14:textId="77777777" w:rsidR="00F03D94" w:rsidRPr="000619FD" w:rsidRDefault="00000000">
      <w:pPr>
        <w:pStyle w:val="CoverInstitution"/>
        <w:rPr>
          <w:bCs/>
          <w:lang w:val="el-GR"/>
        </w:rPr>
      </w:pPr>
      <w:r w:rsidRPr="000619FD">
        <w:rPr>
          <w:bCs/>
          <w:lang w:val="el-GR"/>
        </w:rPr>
        <w:t>ΤΜΗΜΑ ΨΗΦΙΑΚΩΝ ΣΥΣΤΗΜΑΤΩΝ</w:t>
      </w:r>
    </w:p>
    <w:p w14:paraId="017EC999" w14:textId="03F5E00F" w:rsidR="00F03D94" w:rsidRPr="000619FD" w:rsidRDefault="00000000">
      <w:pPr>
        <w:pStyle w:val="CoverInstitution"/>
        <w:rPr>
          <w:lang w:val="el-GR"/>
        </w:rPr>
      </w:pPr>
      <w:r w:rsidRPr="000619FD">
        <w:rPr>
          <w:b w:val="0"/>
          <w:lang w:val="el-GR"/>
        </w:rPr>
        <w:t xml:space="preserve">Πρόγραμμα Μεταπτυχιακών Σπουδών: </w:t>
      </w:r>
      <w:proofErr w:type="spellStart"/>
      <w:r w:rsidR="000619FD">
        <w:rPr>
          <w:b w:val="0"/>
          <w:lang w:val="el-GR"/>
        </w:rPr>
        <w:t>Κυβερνοασφάλεια</w:t>
      </w:r>
      <w:proofErr w:type="spellEnd"/>
      <w:r w:rsidR="000619FD">
        <w:rPr>
          <w:b w:val="0"/>
          <w:lang w:val="el-GR"/>
        </w:rPr>
        <w:t xml:space="preserve"> και Τεχνολογίες Τεχνητής Νοημοσύνης</w:t>
      </w:r>
    </w:p>
    <w:p w14:paraId="78089725" w14:textId="77777777" w:rsidR="00F03D94" w:rsidRPr="000619FD" w:rsidRDefault="00F03D94">
      <w:pPr>
        <w:spacing w:after="160"/>
        <w:rPr>
          <w:lang w:val="el-G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37"/>
      </w:tblGrid>
      <w:tr w:rsidR="00F03D94" w:rsidRPr="00240F57" w14:paraId="6EACBD05" w14:textId="77777777">
        <w:trPr>
          <w:trHeight w:hRule="exact" w:val="56"/>
          <w:jc w:val="center"/>
        </w:trPr>
        <w:tc>
          <w:tcPr>
            <w:tcW w:w="6237" w:type="dxa"/>
            <w:shd w:val="clear" w:color="auto" w:fill="B51636"/>
          </w:tcPr>
          <w:p w14:paraId="7C9B58DB" w14:textId="77777777" w:rsidR="00F03D94" w:rsidRPr="000619FD" w:rsidRDefault="00F03D94">
            <w:pPr>
              <w:spacing w:after="0"/>
              <w:rPr>
                <w:lang w:val="el-GR"/>
              </w:rPr>
            </w:pPr>
          </w:p>
        </w:tc>
      </w:tr>
    </w:tbl>
    <w:p w14:paraId="73DC6592" w14:textId="77777777" w:rsidR="00F03D94" w:rsidRPr="000619FD" w:rsidRDefault="00F03D94">
      <w:pPr>
        <w:spacing w:after="240"/>
        <w:rPr>
          <w:lang w:val="el-GR"/>
        </w:rPr>
      </w:pPr>
    </w:p>
    <w:p w14:paraId="69317C83" w14:textId="77777777" w:rsidR="00F03D94" w:rsidRPr="000619FD" w:rsidRDefault="00000000">
      <w:pPr>
        <w:spacing w:after="240"/>
        <w:jc w:val="center"/>
        <w:rPr>
          <w:sz w:val="26"/>
          <w:szCs w:val="26"/>
          <w:lang w:val="el-GR"/>
        </w:rPr>
      </w:pPr>
      <w:r w:rsidRPr="000619FD">
        <w:rPr>
          <w:b/>
          <w:color w:val="B51636"/>
          <w:sz w:val="26"/>
          <w:szCs w:val="26"/>
          <w:lang w:val="el-GR"/>
        </w:rPr>
        <w:t>ΜΕΤΑΠΤΥΧΙΑΚΗ ΔΙΠΛΩΜΑΤΙΚΗ ΕΡΓΑΣΙΑ</w:t>
      </w:r>
    </w:p>
    <w:p w14:paraId="2A828BC7" w14:textId="77777777" w:rsidR="00F03D94" w:rsidRPr="000619FD" w:rsidRDefault="00000000">
      <w:pPr>
        <w:pStyle w:val="ThesisTitle"/>
        <w:rPr>
          <w:lang w:val="el-GR"/>
        </w:rPr>
      </w:pPr>
      <w:r w:rsidRPr="000619FD">
        <w:rPr>
          <w:b w:val="0"/>
          <w:lang w:val="el-GR"/>
        </w:rPr>
        <w:t>[Τίτλος Διπλωματικής Εργασίας]</w:t>
      </w:r>
    </w:p>
    <w:p w14:paraId="6D391121" w14:textId="77777777" w:rsidR="00F03D94" w:rsidRDefault="00000000">
      <w:pPr>
        <w:pStyle w:val="a9"/>
        <w:rPr>
          <w:rFonts w:ascii="Arial" w:eastAsia="Arial" w:hAnsi="Arial" w:cs="Arial"/>
          <w:i w:val="0"/>
          <w:lang w:val="el-GR"/>
        </w:rPr>
      </w:pPr>
      <w:r w:rsidRPr="000619FD">
        <w:rPr>
          <w:rFonts w:ascii="Arial" w:eastAsia="Arial" w:hAnsi="Arial" w:cs="Arial"/>
          <w:i w:val="0"/>
          <w:lang w:val="el-GR"/>
        </w:rPr>
        <w:t>[Προαιρετικός υπότιτλος ή αγγλικός τίτλος]</w:t>
      </w:r>
    </w:p>
    <w:p w14:paraId="396EB967" w14:textId="77777777" w:rsidR="00240F57" w:rsidRPr="00240F57" w:rsidRDefault="00240F57" w:rsidP="00240F57">
      <w:pPr>
        <w:rPr>
          <w:lang w:val="el-GR"/>
        </w:rPr>
      </w:pP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2623"/>
        <w:gridCol w:w="6300"/>
      </w:tblGrid>
      <w:tr w:rsidR="00F03D94" w14:paraId="4E95CCC6" w14:textId="77777777" w:rsidTr="00240F57">
        <w:trPr>
          <w:trHeight w:val="470"/>
          <w:jc w:val="center"/>
        </w:trPr>
        <w:tc>
          <w:tcPr>
            <w:tcW w:w="2623" w:type="dxa"/>
            <w:shd w:val="clear" w:color="auto" w:fill="F3F5F7"/>
            <w:vAlign w:val="center"/>
          </w:tcPr>
          <w:p w14:paraId="415315E6" w14:textId="77777777" w:rsidR="00F03D94" w:rsidRPr="000619FD" w:rsidRDefault="00000000" w:rsidP="000619FD">
            <w:pPr>
              <w:spacing w:after="0"/>
              <w:jc w:val="left"/>
            </w:pPr>
            <w:proofErr w:type="spellStart"/>
            <w:r w:rsidRPr="000619FD">
              <w:rPr>
                <w:b/>
                <w:color w:val="003A5D"/>
              </w:rPr>
              <w:t>Φοιτητής</w:t>
            </w:r>
            <w:proofErr w:type="spellEnd"/>
            <w:r w:rsidRPr="000619FD">
              <w:rPr>
                <w:b/>
                <w:color w:val="003A5D"/>
              </w:rPr>
              <w:t>/</w:t>
            </w:r>
            <w:proofErr w:type="spellStart"/>
            <w:r w:rsidRPr="000619FD">
              <w:rPr>
                <w:b/>
                <w:color w:val="003A5D"/>
              </w:rPr>
              <w:t>τρι</w:t>
            </w:r>
            <w:proofErr w:type="spellEnd"/>
            <w:r w:rsidRPr="000619FD">
              <w:rPr>
                <w:b/>
                <w:color w:val="003A5D"/>
              </w:rPr>
              <w:t>α</w:t>
            </w:r>
          </w:p>
        </w:tc>
        <w:tc>
          <w:tcPr>
            <w:tcW w:w="6300" w:type="dxa"/>
            <w:vAlign w:val="center"/>
          </w:tcPr>
          <w:p w14:paraId="2B7BFC96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color w:val="111827"/>
              </w:rPr>
              <w:t>[Ονοματεπώνυμο]</w:t>
            </w:r>
          </w:p>
        </w:tc>
      </w:tr>
      <w:tr w:rsidR="00F03D94" w14:paraId="7B9E4056" w14:textId="77777777" w:rsidTr="00240F57">
        <w:trPr>
          <w:trHeight w:val="470"/>
          <w:jc w:val="center"/>
        </w:trPr>
        <w:tc>
          <w:tcPr>
            <w:tcW w:w="2623" w:type="dxa"/>
            <w:shd w:val="clear" w:color="auto" w:fill="F3F5F7"/>
            <w:vAlign w:val="center"/>
          </w:tcPr>
          <w:p w14:paraId="63DDB04E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b/>
                <w:color w:val="003A5D"/>
              </w:rPr>
              <w:t>Αριθμός Μητρώου</w:t>
            </w:r>
          </w:p>
        </w:tc>
        <w:tc>
          <w:tcPr>
            <w:tcW w:w="6300" w:type="dxa"/>
            <w:vAlign w:val="center"/>
          </w:tcPr>
          <w:p w14:paraId="4AC17B26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color w:val="111827"/>
              </w:rPr>
              <w:t>[Α.Μ.]</w:t>
            </w:r>
          </w:p>
        </w:tc>
      </w:tr>
      <w:tr w:rsidR="00F03D94" w14:paraId="6AC1D7F9" w14:textId="77777777" w:rsidTr="00240F57">
        <w:trPr>
          <w:trHeight w:val="968"/>
          <w:jc w:val="center"/>
        </w:trPr>
        <w:tc>
          <w:tcPr>
            <w:tcW w:w="2623" w:type="dxa"/>
            <w:shd w:val="clear" w:color="auto" w:fill="F3F5F7"/>
            <w:vAlign w:val="center"/>
          </w:tcPr>
          <w:p w14:paraId="011713CA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b/>
                <w:color w:val="003A5D"/>
              </w:rPr>
              <w:t>Ηλεκτρονικό ταχυδρομείο</w:t>
            </w:r>
          </w:p>
        </w:tc>
        <w:tc>
          <w:tcPr>
            <w:tcW w:w="6300" w:type="dxa"/>
            <w:vAlign w:val="center"/>
          </w:tcPr>
          <w:p w14:paraId="6D5ED943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color w:val="111827"/>
              </w:rPr>
              <w:t>[email@domain.gr]</w:t>
            </w:r>
          </w:p>
        </w:tc>
      </w:tr>
      <w:tr w:rsidR="00F03D94" w14:paraId="2F6C4000" w14:textId="77777777" w:rsidTr="00240F57">
        <w:trPr>
          <w:trHeight w:val="445"/>
          <w:jc w:val="center"/>
        </w:trPr>
        <w:tc>
          <w:tcPr>
            <w:tcW w:w="2623" w:type="dxa"/>
            <w:shd w:val="clear" w:color="auto" w:fill="F3F5F7"/>
            <w:vAlign w:val="center"/>
          </w:tcPr>
          <w:p w14:paraId="298761C5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b/>
                <w:color w:val="003A5D"/>
              </w:rPr>
              <w:t>Επιβλέπων/ουσα</w:t>
            </w:r>
          </w:p>
        </w:tc>
        <w:tc>
          <w:tcPr>
            <w:tcW w:w="6300" w:type="dxa"/>
            <w:vAlign w:val="center"/>
          </w:tcPr>
          <w:p w14:paraId="49BE9523" w14:textId="77777777" w:rsidR="00F03D94" w:rsidRPr="000619FD" w:rsidRDefault="00000000" w:rsidP="000619FD">
            <w:pPr>
              <w:spacing w:after="0"/>
              <w:jc w:val="left"/>
            </w:pPr>
            <w:r w:rsidRPr="000619FD">
              <w:rPr>
                <w:color w:val="111827"/>
              </w:rPr>
              <w:t>[Ονοματεπώνυμο, Ιδιότητα]</w:t>
            </w:r>
          </w:p>
        </w:tc>
      </w:tr>
    </w:tbl>
    <w:p w14:paraId="66E00322" w14:textId="77777777" w:rsidR="00F03D94" w:rsidRDefault="00F03D94">
      <w:pPr>
        <w:spacing w:after="20"/>
      </w:pPr>
    </w:p>
    <w:p w14:paraId="3AE525F7" w14:textId="77777777" w:rsidR="00F03D94" w:rsidRDefault="00F03D94"/>
    <w:p w14:paraId="03EE3CD1" w14:textId="77777777" w:rsidR="00F03D94" w:rsidRDefault="00F03D94"/>
    <w:p w14:paraId="659FC75C" w14:textId="77777777" w:rsidR="00F03D94" w:rsidRDefault="00F03D94"/>
    <w:p w14:paraId="3DAFFF6C" w14:textId="77777777" w:rsidR="00F03D94" w:rsidRDefault="00000000">
      <w:pPr>
        <w:spacing w:after="40"/>
        <w:jc w:val="center"/>
      </w:pPr>
      <w:r>
        <w:rPr>
          <w:b/>
          <w:color w:val="003A5D"/>
        </w:rPr>
        <w:t>ΠΕΙΡΑΙΑΣ</w:t>
      </w:r>
    </w:p>
    <w:p w14:paraId="23E69466" w14:textId="77777777" w:rsidR="00F03D94" w:rsidRDefault="00000000">
      <w:pPr>
        <w:spacing w:after="0"/>
        <w:jc w:val="center"/>
      </w:pPr>
      <w:r>
        <w:rPr>
          <w:b/>
          <w:color w:val="111827"/>
        </w:rPr>
        <w:t>[ΜΗΝΑΣ ΕΤΟΣ]</w:t>
      </w:r>
    </w:p>
    <w:p w14:paraId="5FD7CF71" w14:textId="77777777" w:rsidR="00F03D94" w:rsidRDefault="00000000">
      <w:r>
        <w:br w:type="page"/>
      </w:r>
    </w:p>
    <w:p w14:paraId="753DF957" w14:textId="77777777" w:rsidR="00F03D94" w:rsidRPr="000619FD" w:rsidRDefault="00000000" w:rsidP="000619FD">
      <w:pPr>
        <w:pStyle w:val="1"/>
      </w:pPr>
      <w:bookmarkStart w:id="0" w:name="_Toc231494781"/>
      <w:proofErr w:type="spellStart"/>
      <w:r w:rsidRPr="000619FD">
        <w:lastRenderedPageBreak/>
        <w:t>Σελίδ</w:t>
      </w:r>
      <w:proofErr w:type="spellEnd"/>
      <w:r w:rsidRPr="000619FD">
        <w:t xml:space="preserve">α </w:t>
      </w:r>
      <w:proofErr w:type="spellStart"/>
      <w:r w:rsidRPr="000619FD">
        <w:t>Έγκρισης</w:t>
      </w:r>
      <w:bookmarkEnd w:id="0"/>
      <w:proofErr w:type="spellEnd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6438969B" w14:textId="77777777">
        <w:trPr>
          <w:trHeight w:hRule="exact" w:val="45"/>
          <w:jc w:val="center"/>
        </w:trPr>
        <w:tc>
          <w:tcPr>
            <w:tcW w:w="9354" w:type="dxa"/>
            <w:shd w:val="clear" w:color="auto" w:fill="003A5D"/>
          </w:tcPr>
          <w:p w14:paraId="65936FE5" w14:textId="77777777" w:rsidR="00F03D94" w:rsidRDefault="00F03D94">
            <w:pPr>
              <w:spacing w:after="0"/>
            </w:pPr>
          </w:p>
        </w:tc>
      </w:tr>
    </w:tbl>
    <w:p w14:paraId="69F6A028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t>Η παρούσα Μεταπτυχιακή Διπλωματική Εργασία εκπονήθηκε στο Τμήμα Ψηφιακών Συστημάτων του Πανεπιστημίου Πειραιώς, στο πλαίσιο του Προγράμματος Μεταπτυχιακών Σπουδών «[Τίτλος Π.Μ.Σ.]».</w:t>
      </w: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2479"/>
        <w:gridCol w:w="6344"/>
      </w:tblGrid>
      <w:tr w:rsidR="00F03D94" w14:paraId="303C5C43" w14:textId="77777777" w:rsidTr="00DC64DA">
        <w:trPr>
          <w:trHeight w:val="434"/>
          <w:jc w:val="center"/>
        </w:trPr>
        <w:tc>
          <w:tcPr>
            <w:tcW w:w="2479" w:type="dxa"/>
            <w:shd w:val="clear" w:color="auto" w:fill="F3F5F7"/>
            <w:vAlign w:val="center"/>
          </w:tcPr>
          <w:p w14:paraId="356B154B" w14:textId="77777777" w:rsidR="00F03D94" w:rsidRPr="00DC64DA" w:rsidRDefault="00000000" w:rsidP="00DC64DA">
            <w:pPr>
              <w:spacing w:after="0"/>
              <w:jc w:val="left"/>
            </w:pPr>
            <w:proofErr w:type="spellStart"/>
            <w:r w:rsidRPr="00DC64DA">
              <w:rPr>
                <w:b/>
                <w:color w:val="003A5D"/>
              </w:rPr>
              <w:t>Τίτλος</w:t>
            </w:r>
            <w:proofErr w:type="spellEnd"/>
            <w:r w:rsidRPr="00DC64DA">
              <w:rPr>
                <w:b/>
                <w:color w:val="003A5D"/>
              </w:rPr>
              <w:t xml:space="preserve"> </w:t>
            </w:r>
            <w:proofErr w:type="spellStart"/>
            <w:r w:rsidRPr="00DC64DA">
              <w:rPr>
                <w:b/>
                <w:color w:val="003A5D"/>
              </w:rPr>
              <w:t>εργ</w:t>
            </w:r>
            <w:proofErr w:type="spellEnd"/>
            <w:r w:rsidRPr="00DC64DA">
              <w:rPr>
                <w:b/>
                <w:color w:val="003A5D"/>
              </w:rPr>
              <w:t>ασίας</w:t>
            </w:r>
          </w:p>
        </w:tc>
        <w:tc>
          <w:tcPr>
            <w:tcW w:w="6344" w:type="dxa"/>
            <w:vAlign w:val="center"/>
          </w:tcPr>
          <w:p w14:paraId="681CB443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color w:val="111827"/>
              </w:rPr>
              <w:t>[Τίτλος Διπλωματικής Εργασίας]</w:t>
            </w:r>
          </w:p>
        </w:tc>
      </w:tr>
      <w:tr w:rsidR="00F03D94" w14:paraId="798C8AD6" w14:textId="77777777" w:rsidTr="00DC64DA">
        <w:trPr>
          <w:trHeight w:val="434"/>
          <w:jc w:val="center"/>
        </w:trPr>
        <w:tc>
          <w:tcPr>
            <w:tcW w:w="2479" w:type="dxa"/>
            <w:shd w:val="clear" w:color="auto" w:fill="F3F5F7"/>
            <w:vAlign w:val="center"/>
          </w:tcPr>
          <w:p w14:paraId="16AC3BBA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b/>
                <w:color w:val="003A5D"/>
              </w:rPr>
              <w:t>Φοιτητής/τρια</w:t>
            </w:r>
          </w:p>
        </w:tc>
        <w:tc>
          <w:tcPr>
            <w:tcW w:w="6344" w:type="dxa"/>
            <w:vAlign w:val="center"/>
          </w:tcPr>
          <w:p w14:paraId="687C09B0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color w:val="111827"/>
              </w:rPr>
              <w:t>[Ονοματεπώνυμο]</w:t>
            </w:r>
          </w:p>
        </w:tc>
      </w:tr>
      <w:tr w:rsidR="00F03D94" w14:paraId="5DFD7E00" w14:textId="77777777" w:rsidTr="00DC64DA">
        <w:trPr>
          <w:trHeight w:val="434"/>
          <w:jc w:val="center"/>
        </w:trPr>
        <w:tc>
          <w:tcPr>
            <w:tcW w:w="2479" w:type="dxa"/>
            <w:shd w:val="clear" w:color="auto" w:fill="F3F5F7"/>
            <w:vAlign w:val="center"/>
          </w:tcPr>
          <w:p w14:paraId="1FB73525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b/>
                <w:color w:val="003A5D"/>
              </w:rPr>
              <w:t>Α.Μ.</w:t>
            </w:r>
          </w:p>
        </w:tc>
        <w:tc>
          <w:tcPr>
            <w:tcW w:w="6344" w:type="dxa"/>
            <w:vAlign w:val="center"/>
          </w:tcPr>
          <w:p w14:paraId="527E9A97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color w:val="111827"/>
              </w:rPr>
              <w:t>[Αριθμός Μητρώου]</w:t>
            </w:r>
          </w:p>
        </w:tc>
      </w:tr>
      <w:tr w:rsidR="00F03D94" w14:paraId="119DC9EB" w14:textId="77777777" w:rsidTr="00DC64DA">
        <w:trPr>
          <w:trHeight w:val="434"/>
          <w:jc w:val="center"/>
        </w:trPr>
        <w:tc>
          <w:tcPr>
            <w:tcW w:w="2479" w:type="dxa"/>
            <w:shd w:val="clear" w:color="auto" w:fill="F3F5F7"/>
            <w:vAlign w:val="center"/>
          </w:tcPr>
          <w:p w14:paraId="60D7BC76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b/>
                <w:color w:val="003A5D"/>
              </w:rPr>
              <w:t>Επιβλέπων/ουσα</w:t>
            </w:r>
          </w:p>
        </w:tc>
        <w:tc>
          <w:tcPr>
            <w:tcW w:w="6344" w:type="dxa"/>
            <w:vAlign w:val="center"/>
          </w:tcPr>
          <w:p w14:paraId="4F65DB60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color w:val="111827"/>
              </w:rPr>
              <w:t>[Ονοματεπώνυμο, Ιδιότητα]</w:t>
            </w:r>
          </w:p>
        </w:tc>
      </w:tr>
      <w:tr w:rsidR="00F03D94" w14:paraId="2216A963" w14:textId="77777777" w:rsidTr="00DC64DA">
        <w:trPr>
          <w:trHeight w:val="870"/>
          <w:jc w:val="center"/>
        </w:trPr>
        <w:tc>
          <w:tcPr>
            <w:tcW w:w="2479" w:type="dxa"/>
            <w:shd w:val="clear" w:color="auto" w:fill="F3F5F7"/>
            <w:vAlign w:val="center"/>
          </w:tcPr>
          <w:p w14:paraId="6D580041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b/>
                <w:color w:val="003A5D"/>
              </w:rPr>
              <w:t>Ημερομηνία εξέτασης</w:t>
            </w:r>
          </w:p>
        </w:tc>
        <w:tc>
          <w:tcPr>
            <w:tcW w:w="6344" w:type="dxa"/>
            <w:vAlign w:val="center"/>
          </w:tcPr>
          <w:p w14:paraId="640EAD2E" w14:textId="77777777" w:rsidR="00F03D94" w:rsidRPr="00DC64DA" w:rsidRDefault="00000000" w:rsidP="00DC64DA">
            <w:pPr>
              <w:spacing w:after="0"/>
              <w:jc w:val="left"/>
            </w:pPr>
            <w:r w:rsidRPr="00DC64DA">
              <w:rPr>
                <w:color w:val="111827"/>
              </w:rPr>
              <w:t>[ΗΗ/ΜΜ/ΕΕΕΕ]</w:t>
            </w:r>
          </w:p>
        </w:tc>
      </w:tr>
    </w:tbl>
    <w:p w14:paraId="5A6CEF1D" w14:textId="77777777" w:rsidR="00F03D94" w:rsidRDefault="00F03D94">
      <w:pPr>
        <w:spacing w:after="20"/>
      </w:pPr>
    </w:p>
    <w:p w14:paraId="201E1590" w14:textId="77777777" w:rsidR="00F03D94" w:rsidRDefault="00000000" w:rsidP="000619FD">
      <w:pPr>
        <w:pStyle w:val="21"/>
      </w:pPr>
      <w:bookmarkStart w:id="1" w:name="_Toc231494782"/>
      <w:r>
        <w:t>Τριμελής Εξεταστική Επιτροπή</w:t>
      </w:r>
      <w:bookmarkEnd w:id="1"/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F03D94" w14:paraId="60B609C6" w14:textId="77777777">
        <w:trPr>
          <w:jc w:val="center"/>
        </w:trPr>
        <w:tc>
          <w:tcPr>
            <w:tcW w:w="3118" w:type="dxa"/>
            <w:shd w:val="clear" w:color="auto" w:fill="F3F5F7"/>
          </w:tcPr>
          <w:p w14:paraId="3D2DE99D" w14:textId="77777777" w:rsidR="00F03D94" w:rsidRDefault="00000000">
            <w:pPr>
              <w:jc w:val="center"/>
            </w:pPr>
            <w:r>
              <w:rPr>
                <w:b/>
                <w:color w:val="003A5D"/>
                <w:sz w:val="19"/>
              </w:rPr>
              <w:t>Επιβλέπων/ουσα</w:t>
            </w:r>
          </w:p>
        </w:tc>
        <w:tc>
          <w:tcPr>
            <w:tcW w:w="3118" w:type="dxa"/>
            <w:shd w:val="clear" w:color="auto" w:fill="F3F5F7"/>
          </w:tcPr>
          <w:p w14:paraId="2567FDA2" w14:textId="77777777" w:rsidR="00F03D94" w:rsidRDefault="00000000">
            <w:pPr>
              <w:jc w:val="center"/>
            </w:pPr>
            <w:r>
              <w:rPr>
                <w:b/>
                <w:color w:val="003A5D"/>
                <w:sz w:val="19"/>
              </w:rPr>
              <w:t>Μέλος</w:t>
            </w:r>
          </w:p>
        </w:tc>
        <w:tc>
          <w:tcPr>
            <w:tcW w:w="3118" w:type="dxa"/>
            <w:shd w:val="clear" w:color="auto" w:fill="F3F5F7"/>
          </w:tcPr>
          <w:p w14:paraId="217A0246" w14:textId="77777777" w:rsidR="00F03D94" w:rsidRDefault="00000000">
            <w:pPr>
              <w:jc w:val="center"/>
            </w:pPr>
            <w:r>
              <w:rPr>
                <w:b/>
                <w:color w:val="003A5D"/>
                <w:sz w:val="19"/>
              </w:rPr>
              <w:t>Μέλος</w:t>
            </w:r>
          </w:p>
        </w:tc>
      </w:tr>
      <w:tr w:rsidR="00F03D94" w14:paraId="02370A22" w14:textId="77777777">
        <w:trPr>
          <w:jc w:val="center"/>
        </w:trPr>
        <w:tc>
          <w:tcPr>
            <w:tcW w:w="3118" w:type="dxa"/>
          </w:tcPr>
          <w:p w14:paraId="42A1E2AC" w14:textId="77777777" w:rsidR="00F03D94" w:rsidRDefault="00000000">
            <w:pPr>
              <w:spacing w:after="0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3118" w:type="dxa"/>
          </w:tcPr>
          <w:p w14:paraId="5781AFFB" w14:textId="77777777" w:rsidR="00F03D94" w:rsidRDefault="00000000">
            <w:pPr>
              <w:spacing w:after="0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3118" w:type="dxa"/>
          </w:tcPr>
          <w:p w14:paraId="254925AC" w14:textId="77777777" w:rsidR="00F03D94" w:rsidRDefault="00000000">
            <w:pPr>
              <w:spacing w:after="0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</w:tbl>
    <w:p w14:paraId="148C7B3E" w14:textId="77777777" w:rsidR="00F03D94" w:rsidRDefault="00F03D94">
      <w:pPr>
        <w:spacing w:after="160"/>
      </w:pPr>
    </w:p>
    <w:tbl>
      <w:tblPr>
        <w:tblW w:w="0" w:type="auto"/>
        <w:jc w:val="center"/>
        <w:tblBorders>
          <w:top w:val="single" w:sz="4" w:space="0" w:color="C8D1DC"/>
          <w:left w:val="single" w:sz="4" w:space="0" w:color="C8D1DC"/>
          <w:bottom w:val="single" w:sz="4" w:space="0" w:color="C8D1DC"/>
          <w:right w:val="single" w:sz="4" w:space="0" w:color="C8D1DC"/>
          <w:insideH w:val="single" w:sz="4" w:space="0" w:color="C8D1DC"/>
          <w:insideV w:val="single" w:sz="4" w:space="0" w:color="C8D1DC"/>
        </w:tblBorders>
        <w:tblLook w:val="04A0" w:firstRow="1" w:lastRow="0" w:firstColumn="1" w:lastColumn="0" w:noHBand="0" w:noVBand="1"/>
      </w:tblPr>
      <w:tblGrid>
        <w:gridCol w:w="9354"/>
      </w:tblGrid>
      <w:tr w:rsidR="00F03D94" w:rsidRPr="00240F57" w14:paraId="55946DC2" w14:textId="77777777">
        <w:trPr>
          <w:jc w:val="center"/>
        </w:trPr>
        <w:tc>
          <w:tcPr>
            <w:tcW w:w="9354" w:type="dxa"/>
            <w:shd w:val="clear" w:color="auto" w:fill="EAF2F8"/>
            <w:vAlign w:val="center"/>
          </w:tcPr>
          <w:p w14:paraId="6C60B88A" w14:textId="77777777" w:rsidR="00F03D94" w:rsidRPr="000619FD" w:rsidRDefault="00000000">
            <w:pPr>
              <w:pStyle w:val="ThesisNote"/>
              <w:rPr>
                <w:lang w:val="el-GR"/>
              </w:rPr>
            </w:pPr>
            <w:r w:rsidRPr="000619FD">
              <w:rPr>
                <w:b/>
                <w:color w:val="003A5D"/>
                <w:lang w:val="el-GR"/>
              </w:rPr>
              <w:t xml:space="preserve">Σημείωση: </w:t>
            </w:r>
            <w:r w:rsidRPr="000619FD">
              <w:rPr>
                <w:lang w:val="el-GR"/>
              </w:rPr>
              <w:t>Συμπληρώστε τα ονόματα και τις ιδιότητες της εξεταστικής επιτροπής πριν από την τελική υποβολή.</w:t>
            </w:r>
          </w:p>
        </w:tc>
      </w:tr>
    </w:tbl>
    <w:p w14:paraId="3A438D69" w14:textId="77777777" w:rsidR="00F03D94" w:rsidRPr="000619FD" w:rsidRDefault="00F03D94">
      <w:pPr>
        <w:spacing w:after="40"/>
        <w:rPr>
          <w:lang w:val="el-GR"/>
        </w:rPr>
      </w:pPr>
    </w:p>
    <w:p w14:paraId="4C94B821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0068B2AB" w14:textId="77777777" w:rsidR="00F03D94" w:rsidRDefault="00000000" w:rsidP="000619FD">
      <w:pPr>
        <w:pStyle w:val="1"/>
      </w:pPr>
      <w:bookmarkStart w:id="2" w:name="_Toc231494783"/>
      <w:proofErr w:type="spellStart"/>
      <w:r>
        <w:lastRenderedPageBreak/>
        <w:t>Δήλωση</w:t>
      </w:r>
      <w:proofErr w:type="spellEnd"/>
      <w:r>
        <w:t xml:space="preserve"> </w:t>
      </w:r>
      <w:proofErr w:type="spellStart"/>
      <w:r>
        <w:t>Αυθεντικότητ</w:t>
      </w:r>
      <w:proofErr w:type="spellEnd"/>
      <w:r>
        <w:t xml:space="preserve">ας και </w:t>
      </w:r>
      <w:proofErr w:type="spellStart"/>
      <w:r>
        <w:t>Δεοντολογί</w:t>
      </w:r>
      <w:proofErr w:type="spellEnd"/>
      <w:r>
        <w:t>ας</w:t>
      </w:r>
      <w:bookmarkEnd w:id="2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129298AF" w14:textId="77777777">
        <w:trPr>
          <w:trHeight w:hRule="exact" w:val="45"/>
          <w:jc w:val="center"/>
        </w:trPr>
        <w:tc>
          <w:tcPr>
            <w:tcW w:w="9354" w:type="dxa"/>
            <w:shd w:val="clear" w:color="auto" w:fill="B51636"/>
          </w:tcPr>
          <w:p w14:paraId="4B9AF415" w14:textId="77777777" w:rsidR="00F03D94" w:rsidRDefault="00F03D94">
            <w:pPr>
              <w:spacing w:after="0"/>
            </w:pPr>
          </w:p>
        </w:tc>
      </w:tr>
    </w:tbl>
    <w:p w14:paraId="1CF82547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t xml:space="preserve">Δηλώνω υπεύθυνα ότι η παρούσα Μεταπτυχιακή Διπλωματική Εργασία αποτελεί προϊόν προσωπικής μου εργασίας, εκπονήθηκε σύμφωνα με τους κανόνες ακαδημαϊκής δεοντολογίας και δεν έχει υποβληθεί, εν </w:t>
      </w:r>
      <w:proofErr w:type="spellStart"/>
      <w:r w:rsidRPr="000619FD">
        <w:rPr>
          <w:lang w:val="el-GR"/>
        </w:rPr>
        <w:t>όλω</w:t>
      </w:r>
      <w:proofErr w:type="spellEnd"/>
      <w:r w:rsidRPr="000619FD">
        <w:rPr>
          <w:lang w:val="el-GR"/>
        </w:rPr>
        <w:t xml:space="preserve"> ή εν μέρει, για την απόκτηση άλλου τίτλου σπουδών.</w:t>
      </w:r>
    </w:p>
    <w:p w14:paraId="76BAD501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t>Όλες οι πηγές που χρησιμοποιήθηκαν αναφέρονται πλήρως στις βιβλιογραφικές αναφορές, ενώ κάθε άμεση ή έμμεση παράθεση ιδεών, αποτελεσμάτων, εικόνων, πινάκων ή κώδικα τεκμηριώνεται με κατάλληλη παραπομπή.</w:t>
      </w:r>
    </w:p>
    <w:p w14:paraId="788A7AC0" w14:textId="77777777" w:rsidR="00F03D94" w:rsidRPr="00DC64DA" w:rsidRDefault="00000000">
      <w:pPr>
        <w:rPr>
          <w:i/>
          <w:iCs/>
          <w:lang w:val="el-GR"/>
        </w:rPr>
      </w:pPr>
      <w:r w:rsidRPr="000619FD">
        <w:rPr>
          <w:lang w:val="el-GR"/>
        </w:rPr>
        <w:t xml:space="preserve">Δήλωση χρήσης εργαλείων Τεχνητής Νοημοσύνης (προαιρετικά/όπου απαιτείται): </w:t>
      </w:r>
      <w:r w:rsidRPr="00DC64DA">
        <w:rPr>
          <w:i/>
          <w:iCs/>
          <w:lang w:val="el-GR"/>
        </w:rPr>
        <w:t>[Περιγράψτε συνοπτικά αν και πώς χρησιμοποιήθηκαν εργαλεία ΤΝ, σε ποια στάδια της εργασίας, και ποιος έλεγχος/επιμέλεια πραγματοποιήθηκε από τον/την φοιτητή/</w:t>
      </w:r>
      <w:proofErr w:type="spellStart"/>
      <w:r w:rsidRPr="00DC64DA">
        <w:rPr>
          <w:i/>
          <w:iCs/>
          <w:lang w:val="el-GR"/>
        </w:rPr>
        <w:t>τρια</w:t>
      </w:r>
      <w:proofErr w:type="spellEnd"/>
      <w:r w:rsidRPr="00DC64DA">
        <w:rPr>
          <w:i/>
          <w:iCs/>
          <w:lang w:val="el-GR"/>
        </w:rPr>
        <w:t>].</w:t>
      </w:r>
    </w:p>
    <w:p w14:paraId="73940D76" w14:textId="77777777" w:rsidR="00F03D94" w:rsidRPr="000619FD" w:rsidRDefault="00F03D94">
      <w:pPr>
        <w:spacing w:after="400"/>
        <w:rPr>
          <w:lang w:val="el-GR"/>
        </w:rPr>
      </w:pP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F03D94" w14:paraId="1971C0BE" w14:textId="77777777" w:rsidTr="00DC64DA">
        <w:trPr>
          <w:jc w:val="center"/>
        </w:trPr>
        <w:tc>
          <w:tcPr>
            <w:tcW w:w="4677" w:type="dxa"/>
            <w:shd w:val="clear" w:color="auto" w:fill="F3F5F7"/>
            <w:vAlign w:val="center"/>
          </w:tcPr>
          <w:p w14:paraId="11D54F7F" w14:textId="77777777" w:rsidR="00F03D94" w:rsidRPr="00DC64DA" w:rsidRDefault="00000000" w:rsidP="00DC64DA">
            <w:pPr>
              <w:jc w:val="center"/>
            </w:pPr>
            <w:r w:rsidRPr="00DC64DA">
              <w:rPr>
                <w:b/>
                <w:color w:val="003A5D"/>
              </w:rPr>
              <w:t xml:space="preserve">Ο/Η </w:t>
            </w:r>
            <w:proofErr w:type="spellStart"/>
            <w:r w:rsidRPr="00DC64DA">
              <w:rPr>
                <w:b/>
                <w:color w:val="003A5D"/>
              </w:rPr>
              <w:t>Δηλών</w:t>
            </w:r>
            <w:proofErr w:type="spellEnd"/>
            <w:r w:rsidRPr="00DC64DA">
              <w:rPr>
                <w:b/>
                <w:color w:val="003A5D"/>
              </w:rPr>
              <w:t>/</w:t>
            </w:r>
            <w:proofErr w:type="spellStart"/>
            <w:r w:rsidRPr="00DC64DA">
              <w:rPr>
                <w:b/>
                <w:color w:val="003A5D"/>
              </w:rPr>
              <w:t>ούσ</w:t>
            </w:r>
            <w:proofErr w:type="spellEnd"/>
            <w:r w:rsidRPr="00DC64DA">
              <w:rPr>
                <w:b/>
                <w:color w:val="003A5D"/>
              </w:rPr>
              <w:t>α</w:t>
            </w:r>
          </w:p>
        </w:tc>
        <w:tc>
          <w:tcPr>
            <w:tcW w:w="4677" w:type="dxa"/>
            <w:shd w:val="clear" w:color="auto" w:fill="F3F5F7"/>
            <w:vAlign w:val="center"/>
          </w:tcPr>
          <w:p w14:paraId="3F5776B5" w14:textId="77777777" w:rsidR="00F03D94" w:rsidRPr="00DC64DA" w:rsidRDefault="00000000" w:rsidP="00DC64DA">
            <w:pPr>
              <w:jc w:val="center"/>
            </w:pPr>
            <w:r w:rsidRPr="00DC64DA">
              <w:rPr>
                <w:b/>
                <w:color w:val="003A5D"/>
              </w:rPr>
              <w:t>Ημερομηνία</w:t>
            </w:r>
          </w:p>
        </w:tc>
      </w:tr>
      <w:tr w:rsidR="00F03D94" w14:paraId="2A31A3BA" w14:textId="77777777">
        <w:trPr>
          <w:jc w:val="center"/>
        </w:trPr>
        <w:tc>
          <w:tcPr>
            <w:tcW w:w="4677" w:type="dxa"/>
          </w:tcPr>
          <w:p w14:paraId="3BFBFB56" w14:textId="77777777" w:rsidR="00F03D94" w:rsidRDefault="00000000">
            <w:pPr>
              <w:spacing w:after="0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4677" w:type="dxa"/>
          </w:tcPr>
          <w:p w14:paraId="4CE5E291" w14:textId="77777777" w:rsidR="00F03D94" w:rsidRDefault="00000000">
            <w:pPr>
              <w:spacing w:after="0"/>
              <w:jc w:val="center"/>
            </w:pP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</w:tr>
    </w:tbl>
    <w:p w14:paraId="4D62E23F" w14:textId="77777777" w:rsidR="00F03D94" w:rsidRDefault="00000000">
      <w:r>
        <w:br w:type="page"/>
      </w:r>
    </w:p>
    <w:p w14:paraId="658E7642" w14:textId="77777777" w:rsidR="00F03D94" w:rsidRDefault="00000000" w:rsidP="000619FD">
      <w:pPr>
        <w:pStyle w:val="1"/>
      </w:pPr>
      <w:bookmarkStart w:id="3" w:name="_Toc231494784"/>
      <w:proofErr w:type="spellStart"/>
      <w:r>
        <w:lastRenderedPageBreak/>
        <w:t>Περίληψη</w:t>
      </w:r>
      <w:bookmarkEnd w:id="3"/>
      <w:proofErr w:type="spellEnd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4821BF54" w14:textId="77777777">
        <w:trPr>
          <w:trHeight w:hRule="exact" w:val="45"/>
          <w:jc w:val="center"/>
        </w:trPr>
        <w:tc>
          <w:tcPr>
            <w:tcW w:w="9354" w:type="dxa"/>
            <w:shd w:val="clear" w:color="auto" w:fill="003A5D"/>
          </w:tcPr>
          <w:p w14:paraId="255BA6FB" w14:textId="77777777" w:rsidR="00F03D94" w:rsidRDefault="00F03D94">
            <w:pPr>
              <w:spacing w:after="0"/>
            </w:pPr>
          </w:p>
        </w:tc>
      </w:tr>
      <w:tr w:rsidR="00F03D94" w:rsidRPr="00240F57" w14:paraId="47603CE5" w14:textId="77777777">
        <w:tblPrEx>
          <w:tblBorders>
            <w:top w:val="single" w:sz="4" w:space="0" w:color="C8D1DC"/>
            <w:left w:val="single" w:sz="4" w:space="0" w:color="C8D1DC"/>
            <w:bottom w:val="single" w:sz="4" w:space="0" w:color="C8D1DC"/>
            <w:right w:val="single" w:sz="4" w:space="0" w:color="C8D1DC"/>
            <w:insideH w:val="single" w:sz="4" w:space="0" w:color="C8D1DC"/>
            <w:insideV w:val="single" w:sz="4" w:space="0" w:color="C8D1DC"/>
          </w:tblBorders>
        </w:tblPrEx>
        <w:trPr>
          <w:jc w:val="center"/>
        </w:trPr>
        <w:tc>
          <w:tcPr>
            <w:tcW w:w="9354" w:type="dxa"/>
            <w:shd w:val="clear" w:color="auto" w:fill="EAF2F8"/>
            <w:vAlign w:val="center"/>
          </w:tcPr>
          <w:p w14:paraId="51B5D2AE" w14:textId="77777777" w:rsidR="00F03D94" w:rsidRPr="000619FD" w:rsidRDefault="00000000">
            <w:pPr>
              <w:pStyle w:val="ThesisNote"/>
              <w:rPr>
                <w:lang w:val="el-GR"/>
              </w:rPr>
            </w:pPr>
            <w:r w:rsidRPr="000619FD">
              <w:rPr>
                <w:b/>
                <w:color w:val="003A5D"/>
                <w:lang w:val="el-GR"/>
              </w:rPr>
              <w:t xml:space="preserve">Σημείωση: </w:t>
            </w:r>
            <w:r w:rsidRPr="000619FD">
              <w:rPr>
                <w:lang w:val="el-GR"/>
              </w:rPr>
              <w:t>Η περίληψη συνοψίζει σκοπό/αντικείμενο, μεθοδολογία, κύρια βήματα και βασικά αποτελέσματα. Προτείνεται έκταση 250–350 λέξεων και έως μία σελίδα μαζί με τη θεματική περιοχή και τις λέξεις-κλειδιά.</w:t>
            </w:r>
          </w:p>
        </w:tc>
      </w:tr>
    </w:tbl>
    <w:p w14:paraId="520CF54E" w14:textId="77777777" w:rsidR="00F03D94" w:rsidRPr="000619FD" w:rsidRDefault="00F03D94">
      <w:pPr>
        <w:spacing w:after="40"/>
        <w:rPr>
          <w:lang w:val="el-GR"/>
        </w:rPr>
      </w:pPr>
    </w:p>
    <w:p w14:paraId="562BA28D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[Γράψτε εδώ την περίληψη της εργασίας στα ελληνικά. Η περίληψη πρέπει να είναι αυτοτελής, σαφής και να παρουσιάζει συνοπτικά το ερευνητικό ερώτημα, τη μέθοδο, τα δεδομένα ή το σύστημα που αναπτύχθηκε, τα βασικά ευρήματα και τη συνεισφορά της εργασίας.]</w:t>
      </w: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2381"/>
        <w:gridCol w:w="6237"/>
      </w:tblGrid>
      <w:tr w:rsidR="00F03D94" w:rsidRPr="00240F57" w14:paraId="60DADABE" w14:textId="77777777">
        <w:trPr>
          <w:jc w:val="center"/>
        </w:trPr>
        <w:tc>
          <w:tcPr>
            <w:tcW w:w="2381" w:type="dxa"/>
            <w:shd w:val="clear" w:color="auto" w:fill="F3F5F7"/>
          </w:tcPr>
          <w:p w14:paraId="6307E6AB" w14:textId="77777777" w:rsidR="00F03D94" w:rsidRPr="00DC64DA" w:rsidRDefault="00000000">
            <w:pPr>
              <w:spacing w:after="0"/>
            </w:pPr>
            <w:proofErr w:type="spellStart"/>
            <w:r w:rsidRPr="00DC64DA">
              <w:rPr>
                <w:b/>
                <w:color w:val="003A5D"/>
              </w:rPr>
              <w:t>Θεμ</w:t>
            </w:r>
            <w:proofErr w:type="spellEnd"/>
            <w:r w:rsidRPr="00DC64DA">
              <w:rPr>
                <w:b/>
                <w:color w:val="003A5D"/>
              </w:rPr>
              <w:t>ατική π</w:t>
            </w:r>
            <w:proofErr w:type="spellStart"/>
            <w:r w:rsidRPr="00DC64DA">
              <w:rPr>
                <w:b/>
                <w:color w:val="003A5D"/>
              </w:rPr>
              <w:t>εριοχή</w:t>
            </w:r>
            <w:proofErr w:type="spellEnd"/>
          </w:p>
        </w:tc>
        <w:tc>
          <w:tcPr>
            <w:tcW w:w="6237" w:type="dxa"/>
          </w:tcPr>
          <w:p w14:paraId="41291A18" w14:textId="77777777" w:rsidR="00F03D94" w:rsidRPr="00DC64DA" w:rsidRDefault="00000000">
            <w:pPr>
              <w:spacing w:after="0"/>
              <w:rPr>
                <w:lang w:val="el-GR"/>
              </w:rPr>
            </w:pPr>
            <w:r w:rsidRPr="00DC64DA">
              <w:rPr>
                <w:color w:val="111827"/>
                <w:lang w:val="el-GR"/>
              </w:rPr>
              <w:t xml:space="preserve">[π.χ. </w:t>
            </w:r>
            <w:proofErr w:type="spellStart"/>
            <w:r w:rsidRPr="00DC64DA">
              <w:rPr>
                <w:color w:val="111827"/>
                <w:lang w:val="el-GR"/>
              </w:rPr>
              <w:t>Κυβερνοασφάλεια</w:t>
            </w:r>
            <w:proofErr w:type="spellEnd"/>
            <w:r w:rsidRPr="00DC64DA">
              <w:rPr>
                <w:color w:val="111827"/>
                <w:lang w:val="el-GR"/>
              </w:rPr>
              <w:t>, Τεχνητή Νοημοσύνη, Δίκτυα]</w:t>
            </w:r>
          </w:p>
        </w:tc>
      </w:tr>
      <w:tr w:rsidR="00F03D94" w:rsidRPr="00240F57" w14:paraId="22D35FD5" w14:textId="77777777">
        <w:trPr>
          <w:jc w:val="center"/>
        </w:trPr>
        <w:tc>
          <w:tcPr>
            <w:tcW w:w="2381" w:type="dxa"/>
            <w:shd w:val="clear" w:color="auto" w:fill="F3F5F7"/>
          </w:tcPr>
          <w:p w14:paraId="47068490" w14:textId="77777777" w:rsidR="00F03D94" w:rsidRPr="00DC64DA" w:rsidRDefault="00000000">
            <w:pPr>
              <w:spacing w:after="0"/>
            </w:pPr>
            <w:proofErr w:type="spellStart"/>
            <w:r w:rsidRPr="00DC64DA">
              <w:rPr>
                <w:b/>
                <w:color w:val="003A5D"/>
              </w:rPr>
              <w:t>Λέξεις-κλειδιά</w:t>
            </w:r>
            <w:proofErr w:type="spellEnd"/>
          </w:p>
        </w:tc>
        <w:tc>
          <w:tcPr>
            <w:tcW w:w="6237" w:type="dxa"/>
          </w:tcPr>
          <w:p w14:paraId="60186479" w14:textId="77777777" w:rsidR="00F03D94" w:rsidRPr="00DC64DA" w:rsidRDefault="00000000">
            <w:pPr>
              <w:spacing w:after="0"/>
              <w:rPr>
                <w:lang w:val="el-GR"/>
              </w:rPr>
            </w:pPr>
            <w:r w:rsidRPr="00DC64DA">
              <w:rPr>
                <w:color w:val="111827"/>
                <w:lang w:val="el-GR"/>
              </w:rPr>
              <w:t>[λέξη 1 · λέξη 2 · λέξη 3 · λέξη 4 · λέξη 5]</w:t>
            </w:r>
          </w:p>
        </w:tc>
      </w:tr>
    </w:tbl>
    <w:p w14:paraId="22103B1C" w14:textId="77777777" w:rsidR="00F03D94" w:rsidRPr="000619FD" w:rsidRDefault="00F03D94">
      <w:pPr>
        <w:spacing w:after="20"/>
        <w:rPr>
          <w:lang w:val="el-GR"/>
        </w:rPr>
      </w:pPr>
    </w:p>
    <w:p w14:paraId="63B854A5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319435FA" w14:textId="77777777" w:rsidR="00F03D94" w:rsidRDefault="00000000" w:rsidP="000619FD">
      <w:pPr>
        <w:pStyle w:val="1"/>
      </w:pPr>
      <w:bookmarkStart w:id="4" w:name="_Toc231494785"/>
      <w:r>
        <w:lastRenderedPageBreak/>
        <w:t>Abstract</w:t>
      </w:r>
      <w:bookmarkEnd w:id="4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57BA92D7" w14:textId="77777777">
        <w:trPr>
          <w:trHeight w:hRule="exact" w:val="45"/>
          <w:jc w:val="center"/>
        </w:trPr>
        <w:tc>
          <w:tcPr>
            <w:tcW w:w="9354" w:type="dxa"/>
            <w:shd w:val="clear" w:color="auto" w:fill="003A5D"/>
          </w:tcPr>
          <w:p w14:paraId="1DE79136" w14:textId="77777777" w:rsidR="00F03D94" w:rsidRDefault="00F03D94">
            <w:pPr>
              <w:spacing w:after="0"/>
            </w:pPr>
          </w:p>
        </w:tc>
      </w:tr>
      <w:tr w:rsidR="00F03D94" w14:paraId="3C003AAF" w14:textId="77777777">
        <w:tblPrEx>
          <w:tblBorders>
            <w:top w:val="single" w:sz="4" w:space="0" w:color="C8D1DC"/>
            <w:left w:val="single" w:sz="4" w:space="0" w:color="C8D1DC"/>
            <w:bottom w:val="single" w:sz="4" w:space="0" w:color="C8D1DC"/>
            <w:right w:val="single" w:sz="4" w:space="0" w:color="C8D1DC"/>
            <w:insideH w:val="single" w:sz="4" w:space="0" w:color="C8D1DC"/>
            <w:insideV w:val="single" w:sz="4" w:space="0" w:color="C8D1DC"/>
          </w:tblBorders>
        </w:tblPrEx>
        <w:trPr>
          <w:jc w:val="center"/>
        </w:trPr>
        <w:tc>
          <w:tcPr>
            <w:tcW w:w="9354" w:type="dxa"/>
            <w:shd w:val="clear" w:color="auto" w:fill="EAF2F8"/>
            <w:vAlign w:val="center"/>
          </w:tcPr>
          <w:p w14:paraId="2BA03439" w14:textId="77777777" w:rsidR="00F03D94" w:rsidRDefault="00000000">
            <w:pPr>
              <w:pStyle w:val="ThesisNote"/>
            </w:pPr>
            <w:r>
              <w:rPr>
                <w:b/>
                <w:color w:val="003A5D"/>
              </w:rPr>
              <w:t xml:space="preserve">Note: </w:t>
            </w:r>
            <w:r>
              <w:t>Provide an English version of the abstract and keywords. Keep it concise and consistent with the Greek abstract.</w:t>
            </w:r>
          </w:p>
        </w:tc>
      </w:tr>
    </w:tbl>
    <w:p w14:paraId="6FD82C74" w14:textId="77777777" w:rsidR="00F03D94" w:rsidRDefault="00F03D94">
      <w:pPr>
        <w:spacing w:after="40"/>
      </w:pPr>
    </w:p>
    <w:p w14:paraId="532E5906" w14:textId="77777777" w:rsidR="00F03D94" w:rsidRDefault="00000000">
      <w:pPr>
        <w:pStyle w:val="Placeholder"/>
      </w:pPr>
      <w:r>
        <w:rPr>
          <w:i w:val="0"/>
        </w:rPr>
        <w:t>[Write the English abstract here. It should briefly state the research objective, methodology, main steps, key results, and contribution of the thesis.]</w:t>
      </w: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2381"/>
        <w:gridCol w:w="6237"/>
      </w:tblGrid>
      <w:tr w:rsidR="00F03D94" w14:paraId="282794ED" w14:textId="77777777">
        <w:trPr>
          <w:jc w:val="center"/>
        </w:trPr>
        <w:tc>
          <w:tcPr>
            <w:tcW w:w="2381" w:type="dxa"/>
            <w:shd w:val="clear" w:color="auto" w:fill="F3F5F7"/>
          </w:tcPr>
          <w:p w14:paraId="341A10D3" w14:textId="77777777" w:rsidR="00F03D94" w:rsidRDefault="00000000">
            <w:pPr>
              <w:spacing w:after="0"/>
            </w:pPr>
            <w:r>
              <w:rPr>
                <w:b/>
                <w:color w:val="003A5D"/>
                <w:sz w:val="19"/>
              </w:rPr>
              <w:t>Subject area</w:t>
            </w:r>
          </w:p>
        </w:tc>
        <w:tc>
          <w:tcPr>
            <w:tcW w:w="6237" w:type="dxa"/>
          </w:tcPr>
          <w:p w14:paraId="670439BA" w14:textId="77777777" w:rsidR="00F03D94" w:rsidRDefault="00000000">
            <w:pPr>
              <w:spacing w:after="0"/>
            </w:pPr>
            <w:r>
              <w:rPr>
                <w:color w:val="111827"/>
                <w:sz w:val="19"/>
              </w:rPr>
              <w:t>[e.g., Cybersecurity, Artificial Intelligence, Networks]</w:t>
            </w:r>
          </w:p>
        </w:tc>
      </w:tr>
      <w:tr w:rsidR="00F03D94" w14:paraId="78F873DF" w14:textId="77777777">
        <w:trPr>
          <w:jc w:val="center"/>
        </w:trPr>
        <w:tc>
          <w:tcPr>
            <w:tcW w:w="2381" w:type="dxa"/>
            <w:shd w:val="clear" w:color="auto" w:fill="F3F5F7"/>
          </w:tcPr>
          <w:p w14:paraId="11890159" w14:textId="77777777" w:rsidR="00F03D94" w:rsidRDefault="00000000">
            <w:pPr>
              <w:spacing w:after="0"/>
            </w:pPr>
            <w:r>
              <w:rPr>
                <w:b/>
                <w:color w:val="003A5D"/>
                <w:sz w:val="19"/>
              </w:rPr>
              <w:t>Keywords</w:t>
            </w:r>
          </w:p>
        </w:tc>
        <w:tc>
          <w:tcPr>
            <w:tcW w:w="6237" w:type="dxa"/>
          </w:tcPr>
          <w:p w14:paraId="50055E1E" w14:textId="77777777" w:rsidR="00F03D94" w:rsidRDefault="00000000">
            <w:pPr>
              <w:spacing w:after="0"/>
            </w:pPr>
            <w:r>
              <w:rPr>
                <w:color w:val="111827"/>
                <w:sz w:val="19"/>
              </w:rPr>
              <w:t>[keyword 1 · keyword 2 · keyword 3 · keyword 4 · keyword 5]</w:t>
            </w:r>
          </w:p>
        </w:tc>
      </w:tr>
    </w:tbl>
    <w:p w14:paraId="6E821D15" w14:textId="77777777" w:rsidR="00F03D94" w:rsidRDefault="00F03D94">
      <w:pPr>
        <w:spacing w:after="20"/>
      </w:pPr>
    </w:p>
    <w:p w14:paraId="10A29E33" w14:textId="77777777" w:rsidR="00F03D94" w:rsidRDefault="00000000">
      <w:r>
        <w:br w:type="page"/>
      </w:r>
    </w:p>
    <w:p w14:paraId="499BCFD6" w14:textId="77777777" w:rsidR="00F03D94" w:rsidRDefault="00000000" w:rsidP="000619FD">
      <w:pPr>
        <w:pStyle w:val="1"/>
      </w:pPr>
      <w:bookmarkStart w:id="5" w:name="_Toc231494786"/>
      <w:proofErr w:type="spellStart"/>
      <w:r>
        <w:lastRenderedPageBreak/>
        <w:t>Ευχ</w:t>
      </w:r>
      <w:proofErr w:type="spellEnd"/>
      <w:r>
        <w:t>αριστίες</w:t>
      </w:r>
      <w:bookmarkEnd w:id="5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6998EAA2" w14:textId="77777777">
        <w:trPr>
          <w:trHeight w:hRule="exact" w:val="45"/>
          <w:jc w:val="center"/>
        </w:trPr>
        <w:tc>
          <w:tcPr>
            <w:tcW w:w="9354" w:type="dxa"/>
            <w:shd w:val="clear" w:color="auto" w:fill="B51636"/>
          </w:tcPr>
          <w:p w14:paraId="79811F41" w14:textId="77777777" w:rsidR="00F03D94" w:rsidRDefault="00F03D94">
            <w:pPr>
              <w:spacing w:after="0"/>
            </w:pPr>
          </w:p>
        </w:tc>
      </w:tr>
    </w:tbl>
    <w:p w14:paraId="2A6E49F4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[Η ενότητα είναι προαιρετική. Ευχαριστήστε σύντομα όσους/όσες συνέβαλαν ουσιαστικά στην εκπόνηση της εργασίας: επιβλέποντα/</w:t>
      </w:r>
      <w:proofErr w:type="spellStart"/>
      <w:r w:rsidRPr="000619FD">
        <w:rPr>
          <w:i w:val="0"/>
          <w:lang w:val="el-GR"/>
        </w:rPr>
        <w:t>ουσα</w:t>
      </w:r>
      <w:proofErr w:type="spellEnd"/>
      <w:r w:rsidRPr="000619FD">
        <w:rPr>
          <w:i w:val="0"/>
          <w:lang w:val="el-GR"/>
        </w:rPr>
        <w:t>, μέλη ομάδας, φορείς, συμφοιτητές/</w:t>
      </w:r>
      <w:proofErr w:type="spellStart"/>
      <w:r w:rsidRPr="000619FD">
        <w:rPr>
          <w:i w:val="0"/>
          <w:lang w:val="el-GR"/>
        </w:rPr>
        <w:t>τριες</w:t>
      </w:r>
      <w:proofErr w:type="spellEnd"/>
      <w:r w:rsidRPr="000619FD">
        <w:rPr>
          <w:i w:val="0"/>
          <w:lang w:val="el-GR"/>
        </w:rPr>
        <w:t>, οικογένεια.]</w:t>
      </w:r>
    </w:p>
    <w:p w14:paraId="6417EE34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051A358F" w14:textId="77777777" w:rsidR="00F03D94" w:rsidRPr="00DC64DA" w:rsidRDefault="00000000" w:rsidP="000619FD">
      <w:pPr>
        <w:pStyle w:val="1"/>
        <w:rPr>
          <w:lang w:val="el-GR"/>
        </w:rPr>
      </w:pPr>
      <w:bookmarkStart w:id="6" w:name="_Toc231494787"/>
      <w:proofErr w:type="spellStart"/>
      <w:r>
        <w:lastRenderedPageBreak/>
        <w:t>Περιεχόμεν</w:t>
      </w:r>
      <w:proofErr w:type="spellEnd"/>
      <w:r>
        <w:t>α</w:t>
      </w:r>
      <w:bookmarkEnd w:id="6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6C0CAD8E" w14:textId="77777777">
        <w:trPr>
          <w:trHeight w:hRule="exact" w:val="45"/>
          <w:jc w:val="center"/>
        </w:trPr>
        <w:tc>
          <w:tcPr>
            <w:tcW w:w="9354" w:type="dxa"/>
            <w:shd w:val="clear" w:color="auto" w:fill="003A5D"/>
          </w:tcPr>
          <w:p w14:paraId="59855B4E" w14:textId="77777777" w:rsidR="00F03D94" w:rsidRDefault="00F03D94">
            <w:pPr>
              <w:spacing w:after="0"/>
            </w:pPr>
          </w:p>
        </w:tc>
      </w:tr>
      <w:tr w:rsidR="00F03D94" w:rsidRPr="00240F57" w14:paraId="4D328C9E" w14:textId="77777777">
        <w:tblPrEx>
          <w:tblBorders>
            <w:top w:val="single" w:sz="4" w:space="0" w:color="C8D1DC"/>
            <w:left w:val="single" w:sz="4" w:space="0" w:color="C8D1DC"/>
            <w:bottom w:val="single" w:sz="4" w:space="0" w:color="C8D1DC"/>
            <w:right w:val="single" w:sz="4" w:space="0" w:color="C8D1DC"/>
            <w:insideH w:val="single" w:sz="4" w:space="0" w:color="C8D1DC"/>
            <w:insideV w:val="single" w:sz="4" w:space="0" w:color="C8D1DC"/>
          </w:tblBorders>
        </w:tblPrEx>
        <w:trPr>
          <w:jc w:val="center"/>
        </w:trPr>
        <w:tc>
          <w:tcPr>
            <w:tcW w:w="9354" w:type="dxa"/>
            <w:shd w:val="clear" w:color="auto" w:fill="EAF2F8"/>
            <w:vAlign w:val="center"/>
          </w:tcPr>
          <w:p w14:paraId="3D6B01D8" w14:textId="77777777" w:rsidR="00F03D94" w:rsidRPr="000619FD" w:rsidRDefault="00000000">
            <w:pPr>
              <w:pStyle w:val="ThesisNote"/>
              <w:rPr>
                <w:lang w:val="el-GR"/>
              </w:rPr>
            </w:pPr>
            <w:r w:rsidRPr="000619FD">
              <w:rPr>
                <w:b/>
                <w:color w:val="003A5D"/>
                <w:lang w:val="el-GR"/>
              </w:rPr>
              <w:t xml:space="preserve">Σημείωση: </w:t>
            </w:r>
            <w:r w:rsidRPr="000619FD">
              <w:rPr>
                <w:lang w:val="el-GR"/>
              </w:rPr>
              <w:t xml:space="preserve">Ο παρακάτω πίνακας περιεχομένων είναι ενδεικτικός για το πρότυπο. Μετά τη συγγραφή, αντικαταστήστε τον με αυτόματο πίνακα περιεχομένων του </w:t>
            </w:r>
            <w:r>
              <w:t>Word</w:t>
            </w:r>
            <w:r w:rsidRPr="000619FD">
              <w:rPr>
                <w:lang w:val="el-GR"/>
              </w:rPr>
              <w:t xml:space="preserve"> ή ενημερώστε τα πεδία με </w:t>
            </w:r>
            <w:r>
              <w:t>Ctrl</w:t>
            </w:r>
            <w:r w:rsidRPr="000619FD">
              <w:rPr>
                <w:lang w:val="el-GR"/>
              </w:rPr>
              <w:t>+</w:t>
            </w:r>
            <w:r>
              <w:t>A</w:t>
            </w:r>
            <w:r w:rsidRPr="000619FD">
              <w:rPr>
                <w:lang w:val="el-GR"/>
              </w:rPr>
              <w:t xml:space="preserve"> και </w:t>
            </w:r>
            <w:r>
              <w:t>F</w:t>
            </w:r>
            <w:r w:rsidRPr="000619FD">
              <w:rPr>
                <w:lang w:val="el-GR"/>
              </w:rPr>
              <w:t>9.</w:t>
            </w:r>
          </w:p>
        </w:tc>
      </w:tr>
    </w:tbl>
    <w:sdt>
      <w:sdtPr>
        <w:rPr>
          <w:lang w:val="el-GR"/>
        </w:rPr>
        <w:id w:val="771354465"/>
        <w:docPartObj>
          <w:docPartGallery w:val="Table of Contents"/>
          <w:docPartUnique/>
        </w:docPartObj>
      </w:sdtPr>
      <w:sdtEndPr>
        <w:rPr>
          <w:b/>
          <w:bCs/>
          <w:lang w:val="en-US"/>
        </w:rPr>
      </w:sdtEndPr>
      <w:sdtContent>
        <w:p w14:paraId="7C084AA8" w14:textId="384491F9" w:rsidR="000619FD" w:rsidRDefault="000619FD" w:rsidP="00DC64DA"/>
        <w:p w14:paraId="2E8AC4DF" w14:textId="6D291001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94781" w:history="1">
            <w:r w:rsidRPr="003D4A94">
              <w:rPr>
                <w:rStyle w:val="-"/>
                <w:noProof/>
              </w:rPr>
              <w:t>Σελίδα Έγκρισης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F6479" w14:textId="5619E730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82" w:history="1">
            <w:r w:rsidRPr="003D4A94">
              <w:rPr>
                <w:rStyle w:val="-"/>
                <w:noProof/>
              </w:rPr>
              <w:t>Τριμελής Εξεταστική Επιτροπή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E380C" w14:textId="7D8F7736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3" w:history="1">
            <w:r w:rsidRPr="003D4A94">
              <w:rPr>
                <w:rStyle w:val="-"/>
                <w:noProof/>
              </w:rPr>
              <w:t>Δήλωση Αυθεντικότητας και Δεοντολογίας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8DFC7" w14:textId="5D576D1B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4" w:history="1">
            <w:r w:rsidRPr="003D4A94">
              <w:rPr>
                <w:rStyle w:val="-"/>
                <w:noProof/>
              </w:rPr>
              <w:t>Περίληψη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DB0B4" w14:textId="1C168473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5" w:history="1">
            <w:r w:rsidRPr="003D4A94">
              <w:rPr>
                <w:rStyle w:val="-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90DA50" w14:textId="13FE9355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6" w:history="1">
            <w:r w:rsidRPr="003D4A94">
              <w:rPr>
                <w:rStyle w:val="-"/>
                <w:noProof/>
              </w:rPr>
              <w:t>Ευχαριστίες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13D846" w14:textId="1031E3C3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7" w:history="1">
            <w:r w:rsidRPr="003D4A94">
              <w:rPr>
                <w:rStyle w:val="-"/>
                <w:noProof/>
              </w:rPr>
              <w:t>Περιεχόμενα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CCB86" w14:textId="1DCA0D52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88" w:history="1">
            <w:r w:rsidRPr="003D4A94">
              <w:rPr>
                <w:rStyle w:val="-"/>
                <w:noProof/>
              </w:rPr>
              <w:t>Κατάλογοι και Συντομογραφίες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8A234" w14:textId="6D630470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89" w:history="1">
            <w:r w:rsidRPr="003D4A94">
              <w:rPr>
                <w:rStyle w:val="-"/>
                <w:noProof/>
              </w:rPr>
              <w:t>Κατάλογος Σχημάτων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38C85" w14:textId="582C568A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0" w:history="1">
            <w:r w:rsidRPr="003D4A94">
              <w:rPr>
                <w:rStyle w:val="-"/>
                <w:noProof/>
                <w:lang w:val="el-GR"/>
              </w:rPr>
              <w:t>Κατάλογος Πινάκων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E285E3" w14:textId="1527200C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1" w:history="1">
            <w:r w:rsidRPr="003D4A94">
              <w:rPr>
                <w:rStyle w:val="-"/>
                <w:noProof/>
              </w:rPr>
              <w:t>Συντμήσεις – Αρκτικόλεξα – Ακρωνύμια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71874" w14:textId="77D6618E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2" w:history="1">
            <w:r w:rsidRPr="003D4A94">
              <w:rPr>
                <w:rStyle w:val="-"/>
                <w:noProof/>
              </w:rPr>
              <w:t>Πίνακας Ορολογίας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1DC73" w14:textId="457D54B8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93" w:history="1">
            <w:r w:rsidRPr="003D4A94">
              <w:rPr>
                <w:rStyle w:val="-"/>
                <w:noProof/>
              </w:rPr>
              <w:t>1. Εισαγωγή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31E77" w14:textId="3A57C61C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4" w:history="1">
            <w:r w:rsidRPr="003D4A94">
              <w:rPr>
                <w:rStyle w:val="-"/>
                <w:noProof/>
              </w:rPr>
              <w:t>1.1 Πλαίσιο και κίνητρο της εργασίας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48A47" w14:textId="4E3615BA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5" w:history="1">
            <w:r w:rsidRPr="003D4A94">
              <w:rPr>
                <w:rStyle w:val="-"/>
                <w:noProof/>
                <w:lang w:val="el-GR"/>
              </w:rPr>
              <w:t>1.2 Σκοπός, στόχοι και ερευνητικά ερωτήματα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9B7D5" w14:textId="0612F749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6" w:history="1">
            <w:r w:rsidRPr="003D4A94">
              <w:rPr>
                <w:rStyle w:val="-"/>
                <w:noProof/>
                <w:lang w:val="el-GR"/>
              </w:rPr>
              <w:t>1.3 Συνεισφορά και δομή της εργασίας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E51C0" w14:textId="02A4B50A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797" w:history="1">
            <w:r w:rsidRPr="003D4A94">
              <w:rPr>
                <w:rStyle w:val="-"/>
                <w:noProof/>
                <w:lang w:val="el-GR"/>
              </w:rPr>
              <w:t>2. Θεωρητικό Υπόβαθρο και Σχετική Εργασία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317D4" w14:textId="404C040A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8" w:history="1">
            <w:r w:rsidRPr="003D4A94">
              <w:rPr>
                <w:rStyle w:val="-"/>
                <w:noProof/>
                <w:lang w:val="el-GR"/>
              </w:rPr>
              <w:t>2.1 Βασικές έννοιες και ορισμοί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5FB21" w14:textId="2736B03B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799" w:history="1">
            <w:r w:rsidRPr="003D4A94">
              <w:rPr>
                <w:rStyle w:val="-"/>
                <w:noProof/>
                <w:lang w:val="el-GR"/>
              </w:rPr>
              <w:t>2.2 Ανασκόπηση βιβλιογραφίας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FF609" w14:textId="21E2C5D7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00" w:history="1">
            <w:r w:rsidRPr="003D4A94">
              <w:rPr>
                <w:rStyle w:val="-"/>
                <w:noProof/>
                <w:lang w:val="el-GR"/>
              </w:rPr>
              <w:t>3. Μεθοδολογία και Σχεδιασμός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6E70F7" w14:textId="28F0997D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1" w:history="1">
            <w:r w:rsidRPr="003D4A94">
              <w:rPr>
                <w:rStyle w:val="-"/>
                <w:noProof/>
                <w:lang w:val="el-GR"/>
              </w:rPr>
              <w:t>3.1 Μεθοδολογική προσέγγιση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08854" w14:textId="1159F8A2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2" w:history="1">
            <w:r w:rsidRPr="003D4A94">
              <w:rPr>
                <w:rStyle w:val="-"/>
                <w:noProof/>
                <w:lang w:val="el-GR"/>
              </w:rPr>
              <w:t>3.2 Αρχιτεκτονική / ερευνητικό μοντέλο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AB4C4" w14:textId="0A87D95C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03" w:history="1">
            <w:r w:rsidRPr="003D4A94">
              <w:rPr>
                <w:rStyle w:val="-"/>
                <w:noProof/>
                <w:lang w:val="el-GR"/>
              </w:rPr>
              <w:t>4. Υλοποίηση, Αποτελέσματα και Αξιολόγηση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E58A29" w14:textId="5B2B5E2C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4" w:history="1">
            <w:r w:rsidRPr="003D4A94">
              <w:rPr>
                <w:rStyle w:val="-"/>
                <w:noProof/>
                <w:lang w:val="el-GR"/>
              </w:rPr>
              <w:t>4.1 Περιγραφή υλοποίησης ή ανάλυσης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22143" w14:textId="0F80CACF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5" w:history="1">
            <w:r w:rsidRPr="003D4A94">
              <w:rPr>
                <w:rStyle w:val="-"/>
                <w:noProof/>
                <w:lang w:val="el-GR"/>
              </w:rPr>
              <w:t>4.2 Αποτελέσματα και ευρήματα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2BD11" w14:textId="71CF4B88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6" w:history="1">
            <w:r w:rsidRPr="003D4A94">
              <w:rPr>
                <w:rStyle w:val="-"/>
                <w:noProof/>
                <w:lang w:val="el-GR"/>
              </w:rPr>
              <w:t>4.3 Αξιολόγηση και περιορισμοί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BF1B8" w14:textId="4192830C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07" w:history="1">
            <w:r w:rsidRPr="003D4A94">
              <w:rPr>
                <w:rStyle w:val="-"/>
                <w:noProof/>
                <w:lang w:val="el-GR"/>
              </w:rPr>
              <w:t>5. Συζήτηση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4F0B1" w14:textId="7D43DC4B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8" w:history="1">
            <w:r w:rsidRPr="003D4A94">
              <w:rPr>
                <w:rStyle w:val="-"/>
                <w:noProof/>
                <w:lang w:val="el-GR"/>
              </w:rPr>
              <w:t>5.1 Ερμηνεία ευρημάτων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128FC3" w14:textId="2496C7FA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09" w:history="1">
            <w:r w:rsidRPr="003D4A94">
              <w:rPr>
                <w:rStyle w:val="-"/>
                <w:noProof/>
                <w:lang w:val="el-GR"/>
              </w:rPr>
              <w:t>5.2 Επιπτώσεις και προτάσεις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222766" w14:textId="74814344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10" w:history="1">
            <w:r w:rsidRPr="003D4A94">
              <w:rPr>
                <w:rStyle w:val="-"/>
                <w:noProof/>
                <w:lang w:val="el-GR"/>
              </w:rPr>
              <w:t>6. Συμπεράσματα και Μελλοντική Εργασία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E3BC3" w14:textId="49D2F3E4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11" w:history="1">
            <w:r w:rsidRPr="003D4A94">
              <w:rPr>
                <w:rStyle w:val="-"/>
                <w:noProof/>
                <w:lang w:val="el-GR"/>
              </w:rPr>
              <w:t>6.1 Κύρια συμπεράσματα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77B2A" w14:textId="77A6C79C" w:rsidR="000619FD" w:rsidRDefault="000619FD">
          <w:pPr>
            <w:pStyle w:val="28"/>
            <w:tabs>
              <w:tab w:val="right" w:leader="dot" w:pos="9344"/>
            </w:tabs>
            <w:rPr>
              <w:noProof/>
            </w:rPr>
          </w:pPr>
          <w:hyperlink w:anchor="_Toc231494812" w:history="1">
            <w:r w:rsidRPr="003D4A94">
              <w:rPr>
                <w:rStyle w:val="-"/>
                <w:noProof/>
                <w:lang w:val="el-GR"/>
              </w:rPr>
              <w:t>6.2 Μελλοντικές κατευθύνσεις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CAD22" w14:textId="65D68C56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13" w:history="1">
            <w:r w:rsidRPr="003D4A94">
              <w:rPr>
                <w:rStyle w:val="-"/>
                <w:noProof/>
              </w:rPr>
              <w:t>Βιβλιογραφικές Αναφορές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AD802" w14:textId="14F124AC" w:rsidR="000619FD" w:rsidRDefault="000619FD">
          <w:pPr>
            <w:pStyle w:val="13"/>
            <w:tabs>
              <w:tab w:val="right" w:leader="dot" w:pos="9344"/>
            </w:tabs>
            <w:rPr>
              <w:noProof/>
            </w:rPr>
          </w:pPr>
          <w:hyperlink w:anchor="_Toc231494814" w:history="1">
            <w:r w:rsidRPr="003D4A94">
              <w:rPr>
                <w:rStyle w:val="-"/>
                <w:noProof/>
                <w:lang w:val="el-GR"/>
              </w:rPr>
              <w:t>Παράρτημα Α: Συμπληρωματικό Υλικό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_Toc231494814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51440" w14:textId="0218A6FE" w:rsidR="000619FD" w:rsidRDefault="000619FD">
          <w:r>
            <w:rPr>
              <w:b/>
              <w:bCs/>
            </w:rPr>
            <w:fldChar w:fldCharType="end"/>
          </w:r>
        </w:p>
      </w:sdtContent>
    </w:sdt>
    <w:p w14:paraId="27495860" w14:textId="77777777" w:rsidR="00F03D94" w:rsidRPr="000619FD" w:rsidRDefault="00F03D94">
      <w:pPr>
        <w:spacing w:after="40"/>
        <w:rPr>
          <w:lang w:val="el-GR"/>
        </w:rPr>
      </w:pPr>
    </w:p>
    <w:p w14:paraId="0376C302" w14:textId="77777777" w:rsidR="000619FD" w:rsidRDefault="000619FD">
      <w:pPr>
        <w:spacing w:after="200"/>
        <w:jc w:val="left"/>
        <w:rPr>
          <w:rFonts w:eastAsiaTheme="majorEastAsia"/>
          <w:b/>
          <w:bCs/>
          <w:color w:val="003A5D"/>
          <w:sz w:val="28"/>
          <w:szCs w:val="24"/>
        </w:rPr>
      </w:pPr>
      <w:r>
        <w:br w:type="page"/>
      </w:r>
    </w:p>
    <w:p w14:paraId="3229FBC2" w14:textId="430A76A7" w:rsidR="00F03D94" w:rsidRDefault="00000000" w:rsidP="000619FD">
      <w:pPr>
        <w:pStyle w:val="1"/>
      </w:pPr>
      <w:bookmarkStart w:id="7" w:name="_Toc231494788"/>
      <w:r>
        <w:lastRenderedPageBreak/>
        <w:t>Κα</w:t>
      </w:r>
      <w:proofErr w:type="spellStart"/>
      <w:r>
        <w:t>τάλογοι</w:t>
      </w:r>
      <w:proofErr w:type="spellEnd"/>
      <w:r>
        <w:t xml:space="preserve"> και </w:t>
      </w:r>
      <w:proofErr w:type="spellStart"/>
      <w:r>
        <w:t>Συντομογρ</w:t>
      </w:r>
      <w:proofErr w:type="spellEnd"/>
      <w:r>
        <w:t>αφίες</w:t>
      </w:r>
      <w:bookmarkEnd w:id="7"/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54"/>
      </w:tblGrid>
      <w:tr w:rsidR="00F03D94" w14:paraId="55763F92" w14:textId="77777777">
        <w:trPr>
          <w:trHeight w:hRule="exact" w:val="45"/>
          <w:jc w:val="center"/>
        </w:trPr>
        <w:tc>
          <w:tcPr>
            <w:tcW w:w="9354" w:type="dxa"/>
            <w:shd w:val="clear" w:color="auto" w:fill="003A5D"/>
          </w:tcPr>
          <w:p w14:paraId="0FAC0631" w14:textId="77777777" w:rsidR="00F03D94" w:rsidRDefault="00F03D94">
            <w:pPr>
              <w:spacing w:after="0"/>
            </w:pPr>
          </w:p>
        </w:tc>
      </w:tr>
    </w:tbl>
    <w:p w14:paraId="34719F9A" w14:textId="77777777" w:rsidR="00F03D94" w:rsidRPr="000619FD" w:rsidRDefault="00000000" w:rsidP="000619FD">
      <w:pPr>
        <w:pStyle w:val="21"/>
      </w:pPr>
      <w:bookmarkStart w:id="8" w:name="_Toc231494789"/>
      <w:r w:rsidRPr="000619FD">
        <w:t>Κα</w:t>
      </w:r>
      <w:proofErr w:type="spellStart"/>
      <w:r w:rsidRPr="000619FD">
        <w:t>τάλογος</w:t>
      </w:r>
      <w:proofErr w:type="spellEnd"/>
      <w:r w:rsidRPr="000619FD">
        <w:t xml:space="preserve"> </w:t>
      </w:r>
      <w:proofErr w:type="spellStart"/>
      <w:r w:rsidRPr="000619FD">
        <w:t>Σχημάτων</w:t>
      </w:r>
      <w:bookmarkEnd w:id="8"/>
      <w:proofErr w:type="spellEnd"/>
    </w:p>
    <w:p w14:paraId="0604AF71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[Ο κατάλογος σχημάτων ενημερώνεται από τις λεζάντες των σχημάτων.]</w:t>
      </w:r>
    </w:p>
    <w:p w14:paraId="7CCB2304" w14:textId="77777777" w:rsidR="00F03D94" w:rsidRPr="000619FD" w:rsidRDefault="00000000" w:rsidP="000619FD">
      <w:pPr>
        <w:pStyle w:val="21"/>
        <w:rPr>
          <w:lang w:val="el-GR"/>
        </w:rPr>
      </w:pPr>
      <w:bookmarkStart w:id="9" w:name="_Toc231494790"/>
      <w:r w:rsidRPr="000619FD">
        <w:rPr>
          <w:lang w:val="el-GR"/>
        </w:rPr>
        <w:t>Κατάλογος Πινάκων</w:t>
      </w:r>
      <w:bookmarkEnd w:id="9"/>
    </w:p>
    <w:p w14:paraId="180B4DA9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[Ο κατάλογος πινάκων ενημερώνεται από τις λεζάντες των πινάκων.]</w:t>
      </w:r>
    </w:p>
    <w:p w14:paraId="04AF13F4" w14:textId="77777777" w:rsidR="00F03D94" w:rsidRDefault="00000000" w:rsidP="000619FD">
      <w:pPr>
        <w:pStyle w:val="21"/>
      </w:pPr>
      <w:bookmarkStart w:id="10" w:name="_Toc231494791"/>
      <w:proofErr w:type="spellStart"/>
      <w:r>
        <w:t>Συντμήσεις</w:t>
      </w:r>
      <w:proofErr w:type="spellEnd"/>
      <w:r>
        <w:t xml:space="preserve"> – </w:t>
      </w:r>
      <w:proofErr w:type="spellStart"/>
      <w:r>
        <w:t>Αρκτικόλεξ</w:t>
      </w:r>
      <w:proofErr w:type="spellEnd"/>
      <w:r>
        <w:t>α – Ακρωνύμια</w:t>
      </w:r>
      <w:bookmarkEnd w:id="10"/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4631"/>
        <w:gridCol w:w="4631"/>
      </w:tblGrid>
      <w:tr w:rsidR="00F03D94" w14:paraId="722F694B" w14:textId="77777777" w:rsidTr="000619FD">
        <w:trPr>
          <w:trHeight w:val="674"/>
          <w:jc w:val="center"/>
        </w:trPr>
        <w:tc>
          <w:tcPr>
            <w:tcW w:w="4631" w:type="dxa"/>
            <w:shd w:val="clear" w:color="auto" w:fill="F3F5F7"/>
            <w:vAlign w:val="center"/>
          </w:tcPr>
          <w:p w14:paraId="4B9D3D06" w14:textId="77777777" w:rsidR="00F03D94" w:rsidRPr="000619FD" w:rsidRDefault="00000000" w:rsidP="000619FD">
            <w:pPr>
              <w:jc w:val="center"/>
            </w:pPr>
            <w:r w:rsidRPr="000619FD">
              <w:rPr>
                <w:b/>
                <w:color w:val="003A5D"/>
              </w:rPr>
              <w:t>Σύντμηση</w:t>
            </w:r>
          </w:p>
        </w:tc>
        <w:tc>
          <w:tcPr>
            <w:tcW w:w="4631" w:type="dxa"/>
            <w:shd w:val="clear" w:color="auto" w:fill="F3F5F7"/>
            <w:vAlign w:val="center"/>
          </w:tcPr>
          <w:p w14:paraId="6A3AF0A9" w14:textId="77777777" w:rsidR="00F03D94" w:rsidRPr="000619FD" w:rsidRDefault="00000000" w:rsidP="000619FD">
            <w:pPr>
              <w:jc w:val="center"/>
            </w:pPr>
            <w:r w:rsidRPr="000619FD">
              <w:rPr>
                <w:b/>
                <w:color w:val="003A5D"/>
              </w:rPr>
              <w:t>Πλήρης ονομασία / επεξήγηση</w:t>
            </w:r>
          </w:p>
        </w:tc>
      </w:tr>
      <w:tr w:rsidR="00F03D94" w14:paraId="4D663E4A" w14:textId="77777777" w:rsidTr="000619FD">
        <w:trPr>
          <w:trHeight w:val="674"/>
          <w:jc w:val="center"/>
        </w:trPr>
        <w:tc>
          <w:tcPr>
            <w:tcW w:w="4631" w:type="dxa"/>
            <w:vAlign w:val="center"/>
          </w:tcPr>
          <w:p w14:paraId="1FE763A6" w14:textId="77777777" w:rsidR="00F03D94" w:rsidRPr="000619FD" w:rsidRDefault="00000000" w:rsidP="000619FD">
            <w:pPr>
              <w:jc w:val="left"/>
            </w:pPr>
            <w:r w:rsidRPr="000619FD">
              <w:t>AI</w:t>
            </w:r>
          </w:p>
        </w:tc>
        <w:tc>
          <w:tcPr>
            <w:tcW w:w="4631" w:type="dxa"/>
            <w:vAlign w:val="center"/>
          </w:tcPr>
          <w:p w14:paraId="0AE6A575" w14:textId="77777777" w:rsidR="00F03D94" w:rsidRPr="000619FD" w:rsidRDefault="00000000" w:rsidP="000619FD">
            <w:pPr>
              <w:jc w:val="left"/>
            </w:pPr>
            <w:r w:rsidRPr="000619FD">
              <w:t>Artificial Intelligence / Τεχνητή Νοημοσύνη</w:t>
            </w:r>
          </w:p>
        </w:tc>
      </w:tr>
      <w:tr w:rsidR="00F03D94" w14:paraId="7D0D9357" w14:textId="77777777" w:rsidTr="000619FD">
        <w:trPr>
          <w:trHeight w:val="590"/>
          <w:jc w:val="center"/>
        </w:trPr>
        <w:tc>
          <w:tcPr>
            <w:tcW w:w="4631" w:type="dxa"/>
            <w:vAlign w:val="center"/>
          </w:tcPr>
          <w:p w14:paraId="66706CFB" w14:textId="77777777" w:rsidR="00F03D94" w:rsidRPr="000619FD" w:rsidRDefault="00000000" w:rsidP="000619FD">
            <w:pPr>
              <w:jc w:val="left"/>
            </w:pPr>
            <w:r w:rsidRPr="000619FD">
              <w:t>MFA</w:t>
            </w:r>
          </w:p>
        </w:tc>
        <w:tc>
          <w:tcPr>
            <w:tcW w:w="4631" w:type="dxa"/>
            <w:vAlign w:val="center"/>
          </w:tcPr>
          <w:p w14:paraId="0211B9B2" w14:textId="77777777" w:rsidR="00F03D94" w:rsidRPr="000619FD" w:rsidRDefault="00000000" w:rsidP="000619FD">
            <w:pPr>
              <w:jc w:val="left"/>
            </w:pPr>
            <w:r w:rsidRPr="000619FD">
              <w:t>Multi-Factor Authentication</w:t>
            </w:r>
          </w:p>
        </w:tc>
      </w:tr>
      <w:tr w:rsidR="00F03D94" w14:paraId="34EF189B" w14:textId="77777777" w:rsidTr="000619FD">
        <w:trPr>
          <w:trHeight w:val="674"/>
          <w:jc w:val="center"/>
        </w:trPr>
        <w:tc>
          <w:tcPr>
            <w:tcW w:w="4631" w:type="dxa"/>
            <w:vAlign w:val="center"/>
          </w:tcPr>
          <w:p w14:paraId="0CDA5ADC" w14:textId="77777777" w:rsidR="00F03D94" w:rsidRPr="000619FD" w:rsidRDefault="00000000" w:rsidP="000619FD">
            <w:pPr>
              <w:jc w:val="left"/>
            </w:pPr>
            <w:r w:rsidRPr="000619FD">
              <w:t>[ABC]</w:t>
            </w:r>
          </w:p>
        </w:tc>
        <w:tc>
          <w:tcPr>
            <w:tcW w:w="4631" w:type="dxa"/>
            <w:vAlign w:val="center"/>
          </w:tcPr>
          <w:p w14:paraId="2FDC63D8" w14:textId="77777777" w:rsidR="00F03D94" w:rsidRPr="000619FD" w:rsidRDefault="00000000" w:rsidP="000619FD">
            <w:pPr>
              <w:jc w:val="left"/>
            </w:pPr>
            <w:r w:rsidRPr="000619FD">
              <w:t>[Πλήρης ανάπτυξη]</w:t>
            </w:r>
          </w:p>
        </w:tc>
      </w:tr>
    </w:tbl>
    <w:p w14:paraId="538FC28E" w14:textId="77777777" w:rsidR="00F03D94" w:rsidRDefault="00F03D94"/>
    <w:p w14:paraId="4D27B008" w14:textId="77777777" w:rsidR="00F03D94" w:rsidRDefault="00000000" w:rsidP="000619FD">
      <w:pPr>
        <w:pStyle w:val="21"/>
      </w:pPr>
      <w:bookmarkStart w:id="11" w:name="_Toc231494792"/>
      <w:r>
        <w:t>Πίνακας Ορολογίας</w:t>
      </w:r>
      <w:bookmarkEnd w:id="11"/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F03D94" w14:paraId="0B31947E" w14:textId="77777777">
        <w:trPr>
          <w:jc w:val="center"/>
        </w:trPr>
        <w:tc>
          <w:tcPr>
            <w:tcW w:w="4677" w:type="dxa"/>
            <w:shd w:val="clear" w:color="auto" w:fill="F3F5F7"/>
          </w:tcPr>
          <w:p w14:paraId="0698F2B5" w14:textId="77777777" w:rsidR="00F03D94" w:rsidRPr="000619FD" w:rsidRDefault="00000000">
            <w:pPr>
              <w:jc w:val="center"/>
              <w:rPr>
                <w:b/>
                <w:color w:val="003A5D"/>
              </w:rPr>
            </w:pPr>
            <w:r w:rsidRPr="000619FD">
              <w:rPr>
                <w:b/>
                <w:color w:val="003A5D"/>
              </w:rPr>
              <w:t>Ξενόγλωσσος όρος</w:t>
            </w:r>
          </w:p>
        </w:tc>
        <w:tc>
          <w:tcPr>
            <w:tcW w:w="4677" w:type="dxa"/>
            <w:shd w:val="clear" w:color="auto" w:fill="F3F5F7"/>
          </w:tcPr>
          <w:p w14:paraId="34A3CE64" w14:textId="77777777" w:rsidR="00F03D94" w:rsidRPr="000619FD" w:rsidRDefault="00000000">
            <w:pPr>
              <w:jc w:val="center"/>
              <w:rPr>
                <w:b/>
                <w:color w:val="003A5D"/>
              </w:rPr>
            </w:pPr>
            <w:r w:rsidRPr="000619FD">
              <w:rPr>
                <w:b/>
                <w:color w:val="003A5D"/>
              </w:rPr>
              <w:t>Ελληνικός όρος</w:t>
            </w:r>
          </w:p>
        </w:tc>
      </w:tr>
      <w:tr w:rsidR="00F03D94" w14:paraId="35E5305E" w14:textId="77777777">
        <w:trPr>
          <w:jc w:val="center"/>
        </w:trPr>
        <w:tc>
          <w:tcPr>
            <w:tcW w:w="4677" w:type="dxa"/>
          </w:tcPr>
          <w:p w14:paraId="081A682A" w14:textId="77777777" w:rsidR="00F03D94" w:rsidRDefault="00000000" w:rsidP="000619FD">
            <w:pPr>
              <w:jc w:val="left"/>
            </w:pPr>
            <w:r w:rsidRPr="000619FD">
              <w:t>Threat intelligence</w:t>
            </w:r>
          </w:p>
        </w:tc>
        <w:tc>
          <w:tcPr>
            <w:tcW w:w="4677" w:type="dxa"/>
          </w:tcPr>
          <w:p w14:paraId="781AC42F" w14:textId="77777777" w:rsidR="00F03D94" w:rsidRDefault="00000000" w:rsidP="000619FD">
            <w:pPr>
              <w:jc w:val="left"/>
            </w:pPr>
            <w:r w:rsidRPr="000619FD">
              <w:t>Πληροφορίες απειλών</w:t>
            </w:r>
          </w:p>
        </w:tc>
      </w:tr>
      <w:tr w:rsidR="00F03D94" w14:paraId="684997A2" w14:textId="77777777">
        <w:trPr>
          <w:jc w:val="center"/>
        </w:trPr>
        <w:tc>
          <w:tcPr>
            <w:tcW w:w="4677" w:type="dxa"/>
          </w:tcPr>
          <w:p w14:paraId="347D5234" w14:textId="77777777" w:rsidR="00F03D94" w:rsidRDefault="00000000" w:rsidP="000619FD">
            <w:pPr>
              <w:jc w:val="left"/>
            </w:pPr>
            <w:r w:rsidRPr="000619FD">
              <w:t>[Term]</w:t>
            </w:r>
          </w:p>
        </w:tc>
        <w:tc>
          <w:tcPr>
            <w:tcW w:w="4677" w:type="dxa"/>
          </w:tcPr>
          <w:p w14:paraId="46C75661" w14:textId="77777777" w:rsidR="00F03D94" w:rsidRDefault="00000000" w:rsidP="000619FD">
            <w:pPr>
              <w:jc w:val="left"/>
            </w:pPr>
            <w:r w:rsidRPr="000619FD">
              <w:t>[Όρος]</w:t>
            </w:r>
          </w:p>
        </w:tc>
      </w:tr>
    </w:tbl>
    <w:p w14:paraId="6A4B1E3B" w14:textId="77777777" w:rsidR="00F03D94" w:rsidRDefault="00000000">
      <w:r>
        <w:br w:type="page"/>
      </w:r>
    </w:p>
    <w:p w14:paraId="5ED3AB5A" w14:textId="77777777" w:rsidR="00F03D94" w:rsidRDefault="00F03D94">
      <w:pPr>
        <w:sectPr w:rsidR="00F03D94">
          <w:pgSz w:w="11906" w:h="16838"/>
          <w:pgMar w:top="1247" w:right="1191" w:bottom="1247" w:left="1361" w:header="680" w:footer="680" w:gutter="0"/>
          <w:cols w:space="720"/>
          <w:docGrid w:linePitch="360"/>
        </w:sectPr>
      </w:pPr>
    </w:p>
    <w:p w14:paraId="79618770" w14:textId="77777777" w:rsidR="00F03D94" w:rsidRDefault="00000000" w:rsidP="000619FD">
      <w:pPr>
        <w:pStyle w:val="1"/>
      </w:pPr>
      <w:bookmarkStart w:id="12" w:name="_Toc231494793"/>
      <w:r>
        <w:lastRenderedPageBreak/>
        <w:t>1. Εισαγωγή</w:t>
      </w:r>
      <w:bookmarkEnd w:id="12"/>
    </w:p>
    <w:p w14:paraId="2D95DB89" w14:textId="77777777" w:rsidR="00F03D94" w:rsidRDefault="00000000" w:rsidP="000619FD">
      <w:pPr>
        <w:pStyle w:val="21"/>
      </w:pPr>
      <w:bookmarkStart w:id="13" w:name="_Toc231494794"/>
      <w:r>
        <w:t>1.1 Πλαίσιο και κίνητρο της εργασίας</w:t>
      </w:r>
      <w:bookmarkEnd w:id="13"/>
    </w:p>
    <w:p w14:paraId="6913D662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[Παρουσιάστε το γενικό πλαίσιο, το πρόβλημα και τη σημασία του θέματος. Εξηγήστε γιατί το αντικείμενο είναι επίκαιρο και ποια ανάγκη καλύπτει η εργασία.]</w:t>
      </w:r>
    </w:p>
    <w:p w14:paraId="39144F9C" w14:textId="77777777" w:rsidR="00F03D94" w:rsidRPr="000619FD" w:rsidRDefault="00000000" w:rsidP="000619FD">
      <w:pPr>
        <w:pStyle w:val="21"/>
        <w:rPr>
          <w:lang w:val="el-GR"/>
        </w:rPr>
      </w:pPr>
      <w:bookmarkStart w:id="14" w:name="_Toc231494795"/>
      <w:r w:rsidRPr="000619FD">
        <w:rPr>
          <w:lang w:val="el-GR"/>
        </w:rPr>
        <w:t>1.2 Σκοπός, στόχοι και ερευνητικά ερωτήματα</w:t>
      </w:r>
      <w:bookmarkEnd w:id="14"/>
    </w:p>
    <w:p w14:paraId="5B3EDDA0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[Διατυπώστε τον σκοπό της εργασίας, τους επιμέρους στόχους και, όπου εφαρμόζεται, τα ερευνητικά ερωτήματα ή υποθέσεις.]</w:t>
      </w:r>
    </w:p>
    <w:p w14:paraId="15C927AF" w14:textId="77777777" w:rsidR="00F03D94" w:rsidRPr="000619FD" w:rsidRDefault="00000000" w:rsidP="000619FD">
      <w:pPr>
        <w:pStyle w:val="21"/>
        <w:rPr>
          <w:lang w:val="el-GR"/>
        </w:rPr>
      </w:pPr>
      <w:bookmarkStart w:id="15" w:name="_Toc231494796"/>
      <w:r w:rsidRPr="000619FD">
        <w:rPr>
          <w:lang w:val="el-GR"/>
        </w:rPr>
        <w:t>1.3 Συνεισφορά και δομή της εργασίας</w:t>
      </w:r>
      <w:bookmarkEnd w:id="15"/>
    </w:p>
    <w:p w14:paraId="61040EE8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[Περιγράψτε συνοπτικά τη συνεισφορά της εργασίας και παρουσιάστε τη δομή των επόμενων κεφαλαίων.]</w:t>
      </w:r>
    </w:p>
    <w:p w14:paraId="73BCCC2B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2CF1916C" w14:textId="77777777" w:rsidR="00F03D94" w:rsidRPr="000619FD" w:rsidRDefault="00000000" w:rsidP="000619FD">
      <w:pPr>
        <w:pStyle w:val="1"/>
        <w:rPr>
          <w:lang w:val="el-GR"/>
        </w:rPr>
      </w:pPr>
      <w:bookmarkStart w:id="16" w:name="_Toc231494797"/>
      <w:r w:rsidRPr="000619FD">
        <w:rPr>
          <w:lang w:val="el-GR"/>
        </w:rPr>
        <w:lastRenderedPageBreak/>
        <w:t>2. Θεωρητικό Υπόβαθρο και Σχετική Εργασία</w:t>
      </w:r>
      <w:bookmarkEnd w:id="16"/>
    </w:p>
    <w:p w14:paraId="4A64A331" w14:textId="77777777" w:rsidR="00F03D94" w:rsidRPr="000619FD" w:rsidRDefault="00000000" w:rsidP="000619FD">
      <w:pPr>
        <w:pStyle w:val="21"/>
        <w:rPr>
          <w:lang w:val="el-GR"/>
        </w:rPr>
      </w:pPr>
      <w:bookmarkStart w:id="17" w:name="_Toc231494798"/>
      <w:r w:rsidRPr="000619FD">
        <w:rPr>
          <w:lang w:val="el-GR"/>
        </w:rPr>
        <w:t>2.1 Βασικές έννοιες και ορισμοί</w:t>
      </w:r>
      <w:bookmarkEnd w:id="17"/>
    </w:p>
    <w:p w14:paraId="11D5692B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[Ορίστε τις βασικές έννοιες, την ορολογία και το τεχνικό ή θεωρητικό υπόβαθρο που χρειάζεται ο αναγνώστης.]</w:t>
      </w:r>
    </w:p>
    <w:p w14:paraId="43304C58" w14:textId="77777777" w:rsidR="00F03D94" w:rsidRPr="000619FD" w:rsidRDefault="00000000">
      <w:pPr>
        <w:pStyle w:val="af0"/>
        <w:rPr>
          <w:lang w:val="el-GR"/>
        </w:rPr>
      </w:pPr>
      <w:r w:rsidRPr="000619FD">
        <w:rPr>
          <w:lang w:val="el-GR"/>
        </w:rPr>
        <w:t>Πίνακας 1: Παράδειγμα παρουσίασης κριτηρίων ή αποτελεσμάτων</w:t>
      </w:r>
    </w:p>
    <w:tbl>
      <w:tblPr>
        <w:tblW w:w="0" w:type="auto"/>
        <w:jc w:val="center"/>
        <w:tblBorders>
          <w:top w:val="single" w:sz="4" w:space="0" w:color="D9DEE7"/>
          <w:left w:val="single" w:sz="4" w:space="0" w:color="D9DEE7"/>
          <w:bottom w:val="single" w:sz="4" w:space="0" w:color="D9DEE7"/>
          <w:right w:val="single" w:sz="4" w:space="0" w:color="D9DEE7"/>
          <w:insideH w:val="single" w:sz="4" w:space="0" w:color="D9DEE7"/>
          <w:insideV w:val="single" w:sz="4" w:space="0" w:color="D9DEE7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F03D94" w14:paraId="570A1954" w14:textId="77777777">
        <w:trPr>
          <w:jc w:val="center"/>
        </w:trPr>
        <w:tc>
          <w:tcPr>
            <w:tcW w:w="3118" w:type="dxa"/>
            <w:shd w:val="clear" w:color="auto" w:fill="F3F5F7"/>
          </w:tcPr>
          <w:p w14:paraId="2EEDAEE0" w14:textId="77777777" w:rsidR="00F03D94" w:rsidRPr="000619FD" w:rsidRDefault="00000000">
            <w:pPr>
              <w:jc w:val="center"/>
              <w:rPr>
                <w:b/>
                <w:color w:val="003A5D"/>
              </w:rPr>
            </w:pPr>
            <w:proofErr w:type="spellStart"/>
            <w:r w:rsidRPr="000619FD">
              <w:rPr>
                <w:b/>
                <w:color w:val="003A5D"/>
              </w:rPr>
              <w:t>Κριτήριο</w:t>
            </w:r>
            <w:proofErr w:type="spellEnd"/>
          </w:p>
        </w:tc>
        <w:tc>
          <w:tcPr>
            <w:tcW w:w="3118" w:type="dxa"/>
            <w:shd w:val="clear" w:color="auto" w:fill="F3F5F7"/>
          </w:tcPr>
          <w:p w14:paraId="6F5A9838" w14:textId="77777777" w:rsidR="00F03D94" w:rsidRPr="000619FD" w:rsidRDefault="00000000">
            <w:pPr>
              <w:jc w:val="center"/>
              <w:rPr>
                <w:b/>
                <w:color w:val="003A5D"/>
              </w:rPr>
            </w:pPr>
            <w:r w:rsidRPr="000619FD">
              <w:rPr>
                <w:b/>
                <w:color w:val="003A5D"/>
              </w:rPr>
              <w:t>Περιγραφή</w:t>
            </w:r>
          </w:p>
        </w:tc>
        <w:tc>
          <w:tcPr>
            <w:tcW w:w="3118" w:type="dxa"/>
            <w:shd w:val="clear" w:color="auto" w:fill="F3F5F7"/>
          </w:tcPr>
          <w:p w14:paraId="018E9C2D" w14:textId="77777777" w:rsidR="00F03D94" w:rsidRPr="000619FD" w:rsidRDefault="00000000">
            <w:pPr>
              <w:jc w:val="center"/>
              <w:rPr>
                <w:b/>
                <w:color w:val="003A5D"/>
              </w:rPr>
            </w:pPr>
            <w:r w:rsidRPr="000619FD">
              <w:rPr>
                <w:b/>
                <w:color w:val="003A5D"/>
              </w:rPr>
              <w:t>Σχόλιο</w:t>
            </w:r>
          </w:p>
        </w:tc>
      </w:tr>
      <w:tr w:rsidR="00F03D94" w14:paraId="07D95C18" w14:textId="77777777">
        <w:trPr>
          <w:jc w:val="center"/>
        </w:trPr>
        <w:tc>
          <w:tcPr>
            <w:tcW w:w="3118" w:type="dxa"/>
          </w:tcPr>
          <w:p w14:paraId="397A8116" w14:textId="77777777" w:rsidR="00F03D94" w:rsidRPr="000619FD" w:rsidRDefault="00000000">
            <w:r w:rsidRPr="000619FD">
              <w:t>[Κριτήριο 1]</w:t>
            </w:r>
          </w:p>
        </w:tc>
        <w:tc>
          <w:tcPr>
            <w:tcW w:w="3118" w:type="dxa"/>
          </w:tcPr>
          <w:p w14:paraId="2BB6F891" w14:textId="77777777" w:rsidR="00F03D94" w:rsidRPr="000619FD" w:rsidRDefault="00000000">
            <w:r w:rsidRPr="000619FD">
              <w:t>[Σύντομη περιγραφή]</w:t>
            </w:r>
          </w:p>
        </w:tc>
        <w:tc>
          <w:tcPr>
            <w:tcW w:w="3118" w:type="dxa"/>
          </w:tcPr>
          <w:p w14:paraId="256AA8C5" w14:textId="77777777" w:rsidR="00F03D94" w:rsidRPr="000619FD" w:rsidRDefault="00000000">
            <w:r w:rsidRPr="000619FD">
              <w:t>[Σχόλιο]</w:t>
            </w:r>
          </w:p>
        </w:tc>
      </w:tr>
      <w:tr w:rsidR="00F03D94" w14:paraId="798D89E2" w14:textId="77777777">
        <w:trPr>
          <w:jc w:val="center"/>
        </w:trPr>
        <w:tc>
          <w:tcPr>
            <w:tcW w:w="3118" w:type="dxa"/>
          </w:tcPr>
          <w:p w14:paraId="38AEC5FB" w14:textId="77777777" w:rsidR="00F03D94" w:rsidRPr="000619FD" w:rsidRDefault="00000000">
            <w:r w:rsidRPr="000619FD">
              <w:t>[Κριτήριο 2]</w:t>
            </w:r>
          </w:p>
        </w:tc>
        <w:tc>
          <w:tcPr>
            <w:tcW w:w="3118" w:type="dxa"/>
          </w:tcPr>
          <w:p w14:paraId="23EE100B" w14:textId="77777777" w:rsidR="00F03D94" w:rsidRPr="000619FD" w:rsidRDefault="00000000">
            <w:r w:rsidRPr="000619FD">
              <w:t>[Σύντομη περιγραφή]</w:t>
            </w:r>
          </w:p>
        </w:tc>
        <w:tc>
          <w:tcPr>
            <w:tcW w:w="3118" w:type="dxa"/>
          </w:tcPr>
          <w:p w14:paraId="7EEA3203" w14:textId="77777777" w:rsidR="00F03D94" w:rsidRPr="000619FD" w:rsidRDefault="00000000">
            <w:r w:rsidRPr="000619FD">
              <w:t>[Σχόλιο]</w:t>
            </w:r>
          </w:p>
        </w:tc>
      </w:tr>
      <w:tr w:rsidR="00F03D94" w14:paraId="67A76B3F" w14:textId="77777777">
        <w:trPr>
          <w:jc w:val="center"/>
        </w:trPr>
        <w:tc>
          <w:tcPr>
            <w:tcW w:w="3118" w:type="dxa"/>
          </w:tcPr>
          <w:p w14:paraId="45EF996A" w14:textId="77777777" w:rsidR="00F03D94" w:rsidRPr="000619FD" w:rsidRDefault="00000000">
            <w:r w:rsidRPr="000619FD">
              <w:t>[Κριτήριο 3]</w:t>
            </w:r>
          </w:p>
        </w:tc>
        <w:tc>
          <w:tcPr>
            <w:tcW w:w="3118" w:type="dxa"/>
          </w:tcPr>
          <w:p w14:paraId="13DD4A28" w14:textId="77777777" w:rsidR="00F03D94" w:rsidRPr="000619FD" w:rsidRDefault="00000000">
            <w:r w:rsidRPr="000619FD">
              <w:t>[Σύντομη περιγραφή]</w:t>
            </w:r>
          </w:p>
        </w:tc>
        <w:tc>
          <w:tcPr>
            <w:tcW w:w="3118" w:type="dxa"/>
          </w:tcPr>
          <w:p w14:paraId="2B72A16C" w14:textId="77777777" w:rsidR="00F03D94" w:rsidRPr="000619FD" w:rsidRDefault="00000000">
            <w:r w:rsidRPr="000619FD">
              <w:t>[Σχόλιο]</w:t>
            </w:r>
          </w:p>
        </w:tc>
      </w:tr>
    </w:tbl>
    <w:p w14:paraId="1CCA46E0" w14:textId="77777777" w:rsidR="00F03D94" w:rsidRDefault="00F03D94"/>
    <w:tbl>
      <w:tblPr>
        <w:tblW w:w="0" w:type="auto"/>
        <w:jc w:val="center"/>
        <w:tblBorders>
          <w:top w:val="single" w:sz="4" w:space="0" w:color="C8D1DC"/>
          <w:left w:val="single" w:sz="4" w:space="0" w:color="C8D1DC"/>
          <w:bottom w:val="single" w:sz="4" w:space="0" w:color="C8D1DC"/>
          <w:right w:val="single" w:sz="4" w:space="0" w:color="C8D1DC"/>
          <w:insideH w:val="single" w:sz="4" w:space="0" w:color="C8D1DC"/>
          <w:insideV w:val="single" w:sz="4" w:space="0" w:color="C8D1DC"/>
        </w:tblBorders>
        <w:tblLook w:val="04A0" w:firstRow="1" w:lastRow="0" w:firstColumn="1" w:lastColumn="0" w:noHBand="0" w:noVBand="1"/>
      </w:tblPr>
      <w:tblGrid>
        <w:gridCol w:w="9354"/>
      </w:tblGrid>
      <w:tr w:rsidR="00F03D94" w:rsidRPr="00240F57" w14:paraId="06228962" w14:textId="77777777">
        <w:trPr>
          <w:trHeight w:hRule="exact" w:val="1814"/>
          <w:jc w:val="center"/>
        </w:trPr>
        <w:tc>
          <w:tcPr>
            <w:tcW w:w="9354" w:type="dxa"/>
            <w:shd w:val="clear" w:color="auto" w:fill="F8FAFC"/>
            <w:vAlign w:val="center"/>
          </w:tcPr>
          <w:p w14:paraId="170DC3F0" w14:textId="77777777" w:rsidR="00F03D94" w:rsidRPr="000619FD" w:rsidRDefault="00000000">
            <w:pPr>
              <w:jc w:val="center"/>
              <w:rPr>
                <w:lang w:val="el-GR"/>
              </w:rPr>
            </w:pPr>
            <w:r w:rsidRPr="000619FD">
              <w:rPr>
                <w:i/>
                <w:color w:val="6B7280"/>
                <w:sz w:val="21"/>
                <w:lang w:val="el-GR"/>
              </w:rPr>
              <w:t>[Εισαγάγετε εδώ σχήμα, διάγραμμα ή εικόνα]</w:t>
            </w:r>
          </w:p>
        </w:tc>
      </w:tr>
    </w:tbl>
    <w:p w14:paraId="75FD3B1B" w14:textId="77777777" w:rsidR="00F03D94" w:rsidRPr="000619FD" w:rsidRDefault="00000000">
      <w:pPr>
        <w:pStyle w:val="af0"/>
        <w:rPr>
          <w:lang w:val="el-GR"/>
        </w:rPr>
      </w:pPr>
      <w:r w:rsidRPr="000619FD">
        <w:rPr>
          <w:lang w:val="el-GR"/>
        </w:rPr>
        <w:t>Σχήμα 1: Παράδειγμα λεζάντας σχήματος ή διαγράμματος</w:t>
      </w:r>
    </w:p>
    <w:p w14:paraId="0ED17818" w14:textId="77777777" w:rsidR="00F03D94" w:rsidRPr="000619FD" w:rsidRDefault="00000000" w:rsidP="000619FD">
      <w:pPr>
        <w:pStyle w:val="21"/>
        <w:rPr>
          <w:lang w:val="el-GR"/>
        </w:rPr>
      </w:pPr>
      <w:bookmarkStart w:id="18" w:name="_Toc231494799"/>
      <w:r w:rsidRPr="000619FD">
        <w:rPr>
          <w:lang w:val="el-GR"/>
        </w:rPr>
        <w:t>2.2 Ανασκόπηση βιβλιογραφίας</w:t>
      </w:r>
      <w:bookmarkEnd w:id="18"/>
    </w:p>
    <w:p w14:paraId="14F8D8CF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[Παρουσιάστε κριτικά τη σχετική βιβλιογραφία, τις υπάρχουσες προσεγγίσεις και τα ερευνητικά κενά.]</w:t>
      </w:r>
    </w:p>
    <w:p w14:paraId="29A2377F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4F37C2C0" w14:textId="77777777" w:rsidR="00F03D94" w:rsidRPr="000619FD" w:rsidRDefault="00000000" w:rsidP="000619FD">
      <w:pPr>
        <w:pStyle w:val="1"/>
        <w:rPr>
          <w:lang w:val="el-GR"/>
        </w:rPr>
      </w:pPr>
      <w:bookmarkStart w:id="19" w:name="_Toc231494800"/>
      <w:r w:rsidRPr="000619FD">
        <w:rPr>
          <w:lang w:val="el-GR"/>
        </w:rPr>
        <w:lastRenderedPageBreak/>
        <w:t>3. Μεθοδολογία και Σχεδιασμός</w:t>
      </w:r>
      <w:bookmarkEnd w:id="19"/>
    </w:p>
    <w:p w14:paraId="293721C2" w14:textId="77777777" w:rsidR="00F03D94" w:rsidRPr="000619FD" w:rsidRDefault="00000000" w:rsidP="000619FD">
      <w:pPr>
        <w:pStyle w:val="21"/>
        <w:rPr>
          <w:lang w:val="el-GR"/>
        </w:rPr>
      </w:pPr>
      <w:bookmarkStart w:id="20" w:name="_Toc231494801"/>
      <w:r w:rsidRPr="000619FD">
        <w:rPr>
          <w:lang w:val="el-GR"/>
        </w:rPr>
        <w:t>3.1 Μεθοδολογική προσέγγιση</w:t>
      </w:r>
      <w:bookmarkEnd w:id="20"/>
    </w:p>
    <w:p w14:paraId="4316D96E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[Εξηγήστε τη μεθοδολογία, τα δεδομένα, τα εργαλεία, τα κριτήρια επιλογής και τα στάδια υλοποίησης ή ανάλυσης.]</w:t>
      </w:r>
    </w:p>
    <w:p w14:paraId="5EA03583" w14:textId="77777777" w:rsidR="00F03D94" w:rsidRPr="000619FD" w:rsidRDefault="00000000" w:rsidP="000619FD">
      <w:pPr>
        <w:pStyle w:val="21"/>
        <w:rPr>
          <w:lang w:val="el-GR"/>
        </w:rPr>
      </w:pPr>
      <w:bookmarkStart w:id="21" w:name="_Toc231494802"/>
      <w:r w:rsidRPr="000619FD">
        <w:rPr>
          <w:lang w:val="el-GR"/>
        </w:rPr>
        <w:t>3.2 Αρχιτεκτονική / ερευνητικό μοντέλο</w:t>
      </w:r>
      <w:bookmarkEnd w:id="21"/>
    </w:p>
    <w:p w14:paraId="4331D9A7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[Περιγράψτε την προτεινόμενη αρχιτεκτονική, το μοντέλο, το πείραμα ή το πρωτόκολλο αξιολόγησης.]</w:t>
      </w:r>
    </w:p>
    <w:p w14:paraId="6A77A732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0B56069A" w14:textId="77777777" w:rsidR="00F03D94" w:rsidRPr="000619FD" w:rsidRDefault="00000000" w:rsidP="000619FD">
      <w:pPr>
        <w:pStyle w:val="1"/>
        <w:rPr>
          <w:lang w:val="el-GR"/>
        </w:rPr>
      </w:pPr>
      <w:bookmarkStart w:id="22" w:name="_Toc231494803"/>
      <w:r w:rsidRPr="000619FD">
        <w:rPr>
          <w:lang w:val="el-GR"/>
        </w:rPr>
        <w:lastRenderedPageBreak/>
        <w:t>4. Υλοποίηση, Αποτελέσματα και Αξιολόγηση</w:t>
      </w:r>
      <w:bookmarkEnd w:id="22"/>
    </w:p>
    <w:p w14:paraId="7E4808D3" w14:textId="77777777" w:rsidR="00F03D94" w:rsidRPr="000619FD" w:rsidRDefault="00000000" w:rsidP="000619FD">
      <w:pPr>
        <w:pStyle w:val="21"/>
        <w:rPr>
          <w:lang w:val="el-GR"/>
        </w:rPr>
      </w:pPr>
      <w:bookmarkStart w:id="23" w:name="_Toc231494804"/>
      <w:r w:rsidRPr="000619FD">
        <w:rPr>
          <w:lang w:val="el-GR"/>
        </w:rPr>
        <w:t>4.1 Περιγραφή υλοποίησης ή ανάλυσης</w:t>
      </w:r>
      <w:bookmarkEnd w:id="23"/>
    </w:p>
    <w:p w14:paraId="2C87806A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 xml:space="preserve">[Παρουσιάστε την υλοποίηση, τα πειραματικά βήματα, το </w:t>
      </w:r>
      <w:r>
        <w:rPr>
          <w:i w:val="0"/>
        </w:rPr>
        <w:t>dataset</w:t>
      </w:r>
      <w:r w:rsidRPr="000619FD">
        <w:rPr>
          <w:i w:val="0"/>
          <w:lang w:val="el-GR"/>
        </w:rPr>
        <w:t xml:space="preserve"> ή τη διαδικασία συλλογής/επεξεργασίας δεδομένων.]</w:t>
      </w:r>
    </w:p>
    <w:p w14:paraId="65561C6D" w14:textId="77777777" w:rsidR="00F03D94" w:rsidRPr="000619FD" w:rsidRDefault="00000000" w:rsidP="000619FD">
      <w:pPr>
        <w:pStyle w:val="21"/>
        <w:rPr>
          <w:lang w:val="el-GR"/>
        </w:rPr>
      </w:pPr>
      <w:bookmarkStart w:id="24" w:name="_Toc231494805"/>
      <w:r w:rsidRPr="000619FD">
        <w:rPr>
          <w:lang w:val="el-GR"/>
        </w:rPr>
        <w:t>4.2 Αποτελέσματα και ευρήματα</w:t>
      </w:r>
      <w:bookmarkEnd w:id="24"/>
    </w:p>
    <w:p w14:paraId="338D6B19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[Παρουσιάστε τα αποτελέσματα με πίνακες, σχήματα και τεκμηριωμένη ανάλυση. Αποφύγετε απλή παράθεση αποτελεσμάτων χωρίς σχολιασμό.]</w:t>
      </w:r>
    </w:p>
    <w:p w14:paraId="53526E54" w14:textId="77777777" w:rsidR="00F03D94" w:rsidRPr="000619FD" w:rsidRDefault="00000000" w:rsidP="000619FD">
      <w:pPr>
        <w:pStyle w:val="21"/>
        <w:rPr>
          <w:lang w:val="el-GR"/>
        </w:rPr>
      </w:pPr>
      <w:bookmarkStart w:id="25" w:name="_Toc231494806"/>
      <w:r w:rsidRPr="000619FD">
        <w:rPr>
          <w:lang w:val="el-GR"/>
        </w:rPr>
        <w:t>4.3 Αξιολόγηση και περιορισμοί</w:t>
      </w:r>
      <w:bookmarkEnd w:id="25"/>
    </w:p>
    <w:p w14:paraId="1C5F7AF6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[Συζητήστε την αξιολόγηση, την αξιοπιστία των αποτελεσμάτων, τους περιορισμούς και τις απειλές εγκυρότητας.]</w:t>
      </w:r>
    </w:p>
    <w:p w14:paraId="15FCFF2B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25D5D942" w14:textId="77777777" w:rsidR="00F03D94" w:rsidRPr="000619FD" w:rsidRDefault="00000000" w:rsidP="000619FD">
      <w:pPr>
        <w:pStyle w:val="1"/>
        <w:rPr>
          <w:lang w:val="el-GR"/>
        </w:rPr>
      </w:pPr>
      <w:bookmarkStart w:id="26" w:name="_Toc231494807"/>
      <w:r w:rsidRPr="000619FD">
        <w:rPr>
          <w:lang w:val="el-GR"/>
        </w:rPr>
        <w:lastRenderedPageBreak/>
        <w:t>5. Συζήτηση</w:t>
      </w:r>
      <w:bookmarkEnd w:id="26"/>
    </w:p>
    <w:p w14:paraId="17FC7B24" w14:textId="77777777" w:rsidR="00F03D94" w:rsidRPr="000619FD" w:rsidRDefault="00000000" w:rsidP="000619FD">
      <w:pPr>
        <w:pStyle w:val="21"/>
        <w:rPr>
          <w:lang w:val="el-GR"/>
        </w:rPr>
      </w:pPr>
      <w:bookmarkStart w:id="27" w:name="_Toc231494808"/>
      <w:r w:rsidRPr="000619FD">
        <w:rPr>
          <w:lang w:val="el-GR"/>
        </w:rPr>
        <w:t>5.1 Ερμηνεία ευρημάτων</w:t>
      </w:r>
      <w:bookmarkEnd w:id="27"/>
    </w:p>
    <w:p w14:paraId="4C0CD677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[Συνδέστε τα αποτελέσματα με τα ερευνητικά ερωτήματα και τη βιβλιογραφία. Αναδείξτε συμφωνίες, αποκλίσεις και πρακτικές προεκτάσεις.]</w:t>
      </w:r>
    </w:p>
    <w:p w14:paraId="238C6A86" w14:textId="77777777" w:rsidR="00F03D94" w:rsidRPr="000619FD" w:rsidRDefault="00000000" w:rsidP="000619FD">
      <w:pPr>
        <w:pStyle w:val="21"/>
        <w:rPr>
          <w:lang w:val="el-GR"/>
        </w:rPr>
      </w:pPr>
      <w:bookmarkStart w:id="28" w:name="_Toc231494809"/>
      <w:r w:rsidRPr="000619FD">
        <w:rPr>
          <w:lang w:val="el-GR"/>
        </w:rPr>
        <w:t>5.2 Επιπτώσεις και προτάσεις</w:t>
      </w:r>
      <w:bookmarkEnd w:id="28"/>
    </w:p>
    <w:p w14:paraId="5CDF619B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[Αναφέρετε επιπτώσεις για έρευνα, τεχνολογία, οργανισμούς ή πολιτικές, ανάλογα με το θέμα της εργασίας.]</w:t>
      </w:r>
    </w:p>
    <w:p w14:paraId="00B069BA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0AD4C610" w14:textId="77777777" w:rsidR="00F03D94" w:rsidRPr="000619FD" w:rsidRDefault="00000000" w:rsidP="000619FD">
      <w:pPr>
        <w:pStyle w:val="1"/>
        <w:rPr>
          <w:lang w:val="el-GR"/>
        </w:rPr>
      </w:pPr>
      <w:bookmarkStart w:id="29" w:name="_Toc231494810"/>
      <w:r w:rsidRPr="000619FD">
        <w:rPr>
          <w:lang w:val="el-GR"/>
        </w:rPr>
        <w:lastRenderedPageBreak/>
        <w:t>6. Συμπεράσματα και Μελλοντική Εργασία</w:t>
      </w:r>
      <w:bookmarkEnd w:id="29"/>
    </w:p>
    <w:p w14:paraId="1FBEFDDA" w14:textId="77777777" w:rsidR="00F03D94" w:rsidRPr="000619FD" w:rsidRDefault="00000000" w:rsidP="000619FD">
      <w:pPr>
        <w:pStyle w:val="21"/>
        <w:rPr>
          <w:lang w:val="el-GR"/>
        </w:rPr>
      </w:pPr>
      <w:bookmarkStart w:id="30" w:name="_Toc231494811"/>
      <w:r w:rsidRPr="000619FD">
        <w:rPr>
          <w:lang w:val="el-GR"/>
        </w:rPr>
        <w:t>6.1 Κύρια συμπεράσματα</w:t>
      </w:r>
      <w:bookmarkEnd w:id="30"/>
    </w:p>
    <w:p w14:paraId="7D1D4F59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[Συνοψίστε τα βασικά ευρήματα χωρίς να εισάγετε νέα αποτελέσματα.]</w:t>
      </w:r>
    </w:p>
    <w:p w14:paraId="687A05E6" w14:textId="77777777" w:rsidR="00F03D94" w:rsidRPr="000619FD" w:rsidRDefault="00000000" w:rsidP="000619FD">
      <w:pPr>
        <w:pStyle w:val="21"/>
        <w:rPr>
          <w:lang w:val="el-GR"/>
        </w:rPr>
      </w:pPr>
      <w:bookmarkStart w:id="31" w:name="_Toc231494812"/>
      <w:r w:rsidRPr="000619FD">
        <w:rPr>
          <w:lang w:val="el-GR"/>
        </w:rPr>
        <w:t>6.2 Μελλοντικές κατευθύνσεις</w:t>
      </w:r>
      <w:bookmarkEnd w:id="31"/>
    </w:p>
    <w:p w14:paraId="2C4134D4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[Προτείνετε ρεαλιστικές επεκτάσεις, βελτιώσεις ή νέες ερευνητικές κατευθύνσεις.]</w:t>
      </w:r>
    </w:p>
    <w:p w14:paraId="5C946E8C" w14:textId="77777777" w:rsidR="00F03D94" w:rsidRPr="000619FD" w:rsidRDefault="00000000">
      <w:pPr>
        <w:rPr>
          <w:lang w:val="el-GR"/>
        </w:rPr>
      </w:pPr>
      <w:r w:rsidRPr="000619FD">
        <w:rPr>
          <w:lang w:val="el-GR"/>
        </w:rPr>
        <w:br w:type="page"/>
      </w:r>
    </w:p>
    <w:p w14:paraId="4561E047" w14:textId="77777777" w:rsidR="00F03D94" w:rsidRDefault="00000000" w:rsidP="000619FD">
      <w:pPr>
        <w:pStyle w:val="1"/>
      </w:pPr>
      <w:bookmarkStart w:id="32" w:name="_Toc231494813"/>
      <w:proofErr w:type="spellStart"/>
      <w:r>
        <w:lastRenderedPageBreak/>
        <w:t>Βι</w:t>
      </w:r>
      <w:proofErr w:type="spellEnd"/>
      <w:r>
        <w:t xml:space="preserve">βλιογραφικές </w:t>
      </w:r>
      <w:proofErr w:type="spellStart"/>
      <w:r>
        <w:t>Αν</w:t>
      </w:r>
      <w:proofErr w:type="spellEnd"/>
      <w:r>
        <w:t>αφορές</w:t>
      </w:r>
      <w:bookmarkEnd w:id="32"/>
    </w:p>
    <w:tbl>
      <w:tblPr>
        <w:tblW w:w="0" w:type="auto"/>
        <w:jc w:val="center"/>
        <w:tblBorders>
          <w:top w:val="single" w:sz="4" w:space="0" w:color="C8D1DC"/>
          <w:left w:val="single" w:sz="4" w:space="0" w:color="C8D1DC"/>
          <w:bottom w:val="single" w:sz="4" w:space="0" w:color="C8D1DC"/>
          <w:right w:val="single" w:sz="4" w:space="0" w:color="C8D1DC"/>
          <w:insideH w:val="single" w:sz="4" w:space="0" w:color="C8D1DC"/>
          <w:insideV w:val="single" w:sz="4" w:space="0" w:color="C8D1DC"/>
        </w:tblBorders>
        <w:tblLook w:val="04A0" w:firstRow="1" w:lastRow="0" w:firstColumn="1" w:lastColumn="0" w:noHBand="0" w:noVBand="1"/>
      </w:tblPr>
      <w:tblGrid>
        <w:gridCol w:w="9354"/>
      </w:tblGrid>
      <w:tr w:rsidR="00F03D94" w:rsidRPr="00240F57" w14:paraId="4C06FAED" w14:textId="77777777">
        <w:trPr>
          <w:jc w:val="center"/>
        </w:trPr>
        <w:tc>
          <w:tcPr>
            <w:tcW w:w="9354" w:type="dxa"/>
            <w:shd w:val="clear" w:color="auto" w:fill="EAF2F8"/>
            <w:vAlign w:val="center"/>
          </w:tcPr>
          <w:p w14:paraId="56E5E174" w14:textId="77777777" w:rsidR="00F03D94" w:rsidRPr="000619FD" w:rsidRDefault="00000000">
            <w:pPr>
              <w:pStyle w:val="ThesisNote"/>
              <w:rPr>
                <w:lang w:val="el-GR"/>
              </w:rPr>
            </w:pPr>
            <w:r w:rsidRPr="000619FD">
              <w:rPr>
                <w:b/>
                <w:color w:val="003A5D"/>
                <w:lang w:val="el-GR"/>
              </w:rPr>
              <w:t xml:space="preserve">Σημείωση: </w:t>
            </w:r>
            <w:r w:rsidRPr="000619FD">
              <w:rPr>
                <w:lang w:val="el-GR"/>
              </w:rPr>
              <w:t xml:space="preserve">Χρησιμοποιήστε ενιαίο βιβλιογραφικό στυλ σε όλη την εργασία. Για εργασίες τεχνικού/πληροφορικού αντικειμένου προτείνεται </w:t>
            </w:r>
            <w:r>
              <w:t>IEEE</w:t>
            </w:r>
            <w:r w:rsidRPr="000619FD">
              <w:rPr>
                <w:lang w:val="el-GR"/>
              </w:rPr>
              <w:t>: παραπομπές στο κείμενο με αύξοντες αριθμούς σε αγκύλες, π.χ. [1].</w:t>
            </w:r>
          </w:p>
        </w:tc>
      </w:tr>
    </w:tbl>
    <w:p w14:paraId="42D5437E" w14:textId="77777777" w:rsidR="00F03D94" w:rsidRPr="000619FD" w:rsidRDefault="00F03D94">
      <w:pPr>
        <w:spacing w:after="40"/>
        <w:rPr>
          <w:lang w:val="el-GR"/>
        </w:rPr>
      </w:pPr>
    </w:p>
    <w:p w14:paraId="0A8B1A1C" w14:textId="77777777" w:rsidR="00F03D94" w:rsidRDefault="00000000">
      <w:pPr>
        <w:spacing w:after="80"/>
        <w:ind w:left="397" w:hanging="397"/>
      </w:pPr>
      <w:r>
        <w:t>[1] A. Author and B. Author, “Title of article,” Journal Name, vol. 10, no. 2, pp. 100–115, 2026.</w:t>
      </w:r>
    </w:p>
    <w:p w14:paraId="157555C7" w14:textId="77777777" w:rsidR="00F03D94" w:rsidRDefault="00000000">
      <w:pPr>
        <w:spacing w:after="80"/>
        <w:ind w:left="397" w:hanging="397"/>
      </w:pPr>
      <w:r>
        <w:t>[2] A. Author, Book Title. City, Country: Publisher, 2025.</w:t>
      </w:r>
    </w:p>
    <w:p w14:paraId="51687035" w14:textId="77777777" w:rsidR="00F03D94" w:rsidRDefault="00000000">
      <w:pPr>
        <w:spacing w:after="80"/>
        <w:ind w:left="397" w:hanging="397"/>
      </w:pPr>
      <w:r>
        <w:t>[3] A. Author, “Title of conference paper,” in Proc. Conference Name, 2025, pp. 1–6.</w:t>
      </w:r>
    </w:p>
    <w:p w14:paraId="2EA594F2" w14:textId="77777777" w:rsidR="00F03D94" w:rsidRDefault="00000000">
      <w:pPr>
        <w:spacing w:after="80"/>
        <w:ind w:left="397" w:hanging="397"/>
      </w:pPr>
      <w:r>
        <w:t>[4] Organisation, “Title of online report,” Year. [Online]. Available: URL. [Accessed: ΗΗ-ΜΜ-ΕΕΕΕ].</w:t>
      </w:r>
    </w:p>
    <w:p w14:paraId="214FCCC6" w14:textId="77777777" w:rsidR="00F03D94" w:rsidRDefault="00000000">
      <w:r>
        <w:br w:type="page"/>
      </w:r>
    </w:p>
    <w:p w14:paraId="0D6F9F00" w14:textId="77777777" w:rsidR="00F03D94" w:rsidRPr="000619FD" w:rsidRDefault="00000000" w:rsidP="000619FD">
      <w:pPr>
        <w:pStyle w:val="1"/>
        <w:rPr>
          <w:lang w:val="el-GR"/>
        </w:rPr>
      </w:pPr>
      <w:bookmarkStart w:id="33" w:name="_Toc231494814"/>
      <w:r w:rsidRPr="000619FD">
        <w:rPr>
          <w:lang w:val="el-GR"/>
        </w:rPr>
        <w:lastRenderedPageBreak/>
        <w:t>Παράρτημα Α: Συμπληρωματικό Υλικό</w:t>
      </w:r>
      <w:bookmarkEnd w:id="33"/>
    </w:p>
    <w:p w14:paraId="0E337907" w14:textId="77777777" w:rsidR="00F03D94" w:rsidRPr="000619FD" w:rsidRDefault="00000000">
      <w:pPr>
        <w:pStyle w:val="Placeholder"/>
        <w:rPr>
          <w:lang w:val="el-GR"/>
        </w:rPr>
      </w:pPr>
      <w:r w:rsidRPr="000619FD">
        <w:rPr>
          <w:i w:val="0"/>
          <w:lang w:val="el-GR"/>
        </w:rPr>
        <w:t>[Συμπεριλάβετε εκτενή αποτελέσματα, ερωτηματολόγια, πρόσθετους πίνακες, οδηγίες εγκατάστασης, παραδείγματα κώδικα ή άλλο υλικό που υποστηρίζει την εργασία χωρίς να διακόπτει τη ροή του κύριου κειμένου.]</w:t>
      </w:r>
    </w:p>
    <w:sectPr w:rsidR="00F03D94" w:rsidRPr="000619FD" w:rsidSect="00034616">
      <w:headerReference w:type="default" r:id="rId9"/>
      <w:footerReference w:type="default" r:id="rId10"/>
      <w:pgSz w:w="11906" w:h="16838"/>
      <w:pgMar w:top="1247" w:right="1191" w:bottom="1247" w:left="1361" w:header="68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D6D4C" w14:textId="77777777" w:rsidR="00F87E79" w:rsidRDefault="00F87E79">
      <w:pPr>
        <w:spacing w:after="0" w:line="240" w:lineRule="auto"/>
      </w:pPr>
      <w:r>
        <w:separator/>
      </w:r>
    </w:p>
  </w:endnote>
  <w:endnote w:type="continuationSeparator" w:id="0">
    <w:p w14:paraId="7B8D3E83" w14:textId="77777777" w:rsidR="00F87E79" w:rsidRDefault="00F8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8DC2" w14:textId="77777777" w:rsidR="00F03D94" w:rsidRDefault="00F03D94">
    <w:pPr>
      <w:pStyle w:val="a6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3515"/>
      <w:gridCol w:w="1701"/>
      <w:gridCol w:w="3402"/>
    </w:tblGrid>
    <w:tr w:rsidR="00F03D94" w14:paraId="21872A34" w14:textId="77777777">
      <w:trPr>
        <w:jc w:val="center"/>
      </w:trPr>
      <w:tc>
        <w:tcPr>
          <w:tcW w:w="3515" w:type="dxa"/>
        </w:tcPr>
        <w:p w14:paraId="7C9E23E3" w14:textId="77777777" w:rsidR="00F03D94" w:rsidRDefault="00000000">
          <w:pPr>
            <w:jc w:val="left"/>
          </w:pPr>
          <w:r>
            <w:rPr>
              <w:color w:val="6B7280"/>
              <w:sz w:val="17"/>
            </w:rPr>
            <w:t>[Ονοματεπώνυμο]</w:t>
          </w:r>
        </w:p>
      </w:tc>
      <w:tc>
        <w:tcPr>
          <w:tcW w:w="1701" w:type="dxa"/>
        </w:tcPr>
        <w:p w14:paraId="59D3C88E" w14:textId="77777777" w:rsidR="00F03D94" w:rsidRDefault="00F03D94">
          <w:pPr>
            <w:jc w:val="center"/>
          </w:pPr>
        </w:p>
      </w:tc>
      <w:tc>
        <w:tcPr>
          <w:tcW w:w="3402" w:type="dxa"/>
        </w:tcPr>
        <w:p w14:paraId="2CC1CAA0" w14:textId="77777777" w:rsidR="00F03D94" w:rsidRDefault="00000000">
          <w:pPr>
            <w:jc w:val="right"/>
          </w:pPr>
          <w:r>
            <w:rPr>
              <w:color w:val="6B7280"/>
              <w:sz w:val="17"/>
            </w:rPr>
            <w:t xml:space="preserve">Σελίδα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color w:val="6B7280"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07EBD" w14:textId="77777777" w:rsidR="00F87E79" w:rsidRDefault="00F87E79">
      <w:pPr>
        <w:spacing w:after="0" w:line="240" w:lineRule="auto"/>
      </w:pPr>
      <w:r>
        <w:separator/>
      </w:r>
    </w:p>
  </w:footnote>
  <w:footnote w:type="continuationSeparator" w:id="0">
    <w:p w14:paraId="399070E6" w14:textId="77777777" w:rsidR="00F87E79" w:rsidRDefault="00F87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110F9" w14:textId="77777777" w:rsidR="00F03D94" w:rsidRDefault="00F03D94">
    <w:pPr>
      <w:pStyle w:val="a5"/>
    </w:pPr>
  </w:p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103"/>
      <w:gridCol w:w="4251"/>
    </w:tblGrid>
    <w:tr w:rsidR="00F03D94" w14:paraId="77580253" w14:textId="77777777">
      <w:trPr>
        <w:jc w:val="center"/>
      </w:trPr>
      <w:tc>
        <w:tcPr>
          <w:tcW w:w="5103" w:type="dxa"/>
        </w:tcPr>
        <w:p w14:paraId="1514FA73" w14:textId="77777777" w:rsidR="00F03D94" w:rsidRDefault="00000000">
          <w:pPr>
            <w:jc w:val="left"/>
          </w:pPr>
          <w:r>
            <w:rPr>
              <w:color w:val="6B7280"/>
              <w:sz w:val="17"/>
            </w:rPr>
            <w:t>[</w:t>
          </w:r>
          <w:r>
            <w:rPr>
              <w:color w:val="6B7280"/>
              <w:sz w:val="17"/>
            </w:rPr>
            <w:t>Σύντομος τίτλος εργασίας]</w:t>
          </w:r>
        </w:p>
      </w:tc>
      <w:tc>
        <w:tcPr>
          <w:tcW w:w="3402" w:type="dxa"/>
        </w:tcPr>
        <w:p w14:paraId="60D8C705" w14:textId="77777777" w:rsidR="00F03D94" w:rsidRDefault="00000000">
          <w:pPr>
            <w:jc w:val="right"/>
          </w:pPr>
          <w:r>
            <w:rPr>
              <w:color w:val="6B7280"/>
              <w:sz w:val="17"/>
            </w:rPr>
            <w:t>Μεταπτυχιακή Διπλωματική Εργασία</w:t>
          </w:r>
        </w:p>
      </w:tc>
    </w:tr>
    <w:tr w:rsidR="00F03D94" w14:paraId="63EAE9A1" w14:textId="77777777">
      <w:tblPrEx>
        <w:jc w:val="left"/>
      </w:tblPrEx>
      <w:trPr>
        <w:trHeight w:hRule="exact" w:val="17"/>
      </w:trPr>
      <w:tc>
        <w:tcPr>
          <w:tcW w:w="9354" w:type="dxa"/>
          <w:gridSpan w:val="2"/>
          <w:shd w:val="clear" w:color="auto" w:fill="D9DEE7"/>
        </w:tcPr>
        <w:p w14:paraId="065E1F7E" w14:textId="77777777" w:rsidR="00F03D94" w:rsidRDefault="00F03D94"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8123852">
    <w:abstractNumId w:val="8"/>
  </w:num>
  <w:num w:numId="2" w16cid:durableId="1592274920">
    <w:abstractNumId w:val="6"/>
  </w:num>
  <w:num w:numId="3" w16cid:durableId="1096361371">
    <w:abstractNumId w:val="5"/>
  </w:num>
  <w:num w:numId="4" w16cid:durableId="1737043607">
    <w:abstractNumId w:val="4"/>
  </w:num>
  <w:num w:numId="5" w16cid:durableId="1328633882">
    <w:abstractNumId w:val="7"/>
  </w:num>
  <w:num w:numId="6" w16cid:durableId="1390378711">
    <w:abstractNumId w:val="3"/>
  </w:num>
  <w:num w:numId="7" w16cid:durableId="681006004">
    <w:abstractNumId w:val="2"/>
  </w:num>
  <w:num w:numId="8" w16cid:durableId="973875313">
    <w:abstractNumId w:val="1"/>
  </w:num>
  <w:num w:numId="9" w16cid:durableId="187919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9FD"/>
    <w:rsid w:val="0015074B"/>
    <w:rsid w:val="00240F57"/>
    <w:rsid w:val="0029639D"/>
    <w:rsid w:val="002B05B9"/>
    <w:rsid w:val="00326F90"/>
    <w:rsid w:val="007D5D01"/>
    <w:rsid w:val="00AA1D8D"/>
    <w:rsid w:val="00B47730"/>
    <w:rsid w:val="00CB0664"/>
    <w:rsid w:val="00DC64DA"/>
    <w:rsid w:val="00F03D94"/>
    <w:rsid w:val="00F87E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29A97E"/>
  <w14:defaultImageDpi w14:val="300"/>
  <w15:docId w15:val="{D3A6DC74-470B-4622-BF8C-7365269D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  <w:jc w:val="both"/>
    </w:pPr>
    <w:rPr>
      <w:rFonts w:ascii="Arial" w:eastAsia="Arial" w:hAnsi="Arial" w:cs="Arial"/>
    </w:rPr>
  </w:style>
  <w:style w:type="paragraph" w:styleId="1">
    <w:name w:val="heading 1"/>
    <w:basedOn w:val="SectionTitle"/>
    <w:next w:val="a1"/>
    <w:link w:val="1Char"/>
    <w:uiPriority w:val="9"/>
    <w:qFormat/>
    <w:rsid w:val="000619FD"/>
    <w:pPr>
      <w:outlineLvl w:val="0"/>
    </w:pPr>
    <w:rPr>
      <w:rFonts w:eastAsiaTheme="majorEastAsia"/>
      <w:bCs/>
      <w:szCs w:val="24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0619FD"/>
    <w:pPr>
      <w:keepNext/>
      <w:keepLines/>
      <w:spacing w:before="200"/>
      <w:outlineLvl w:val="1"/>
    </w:pPr>
    <w:rPr>
      <w:rFonts w:eastAsiaTheme="majorEastAsia"/>
      <w:b/>
      <w:bCs/>
      <w:color w:val="B51636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111827"/>
      <w:sz w:val="23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0619FD"/>
    <w:rPr>
      <w:rFonts w:ascii="Arial" w:eastAsiaTheme="majorEastAsia" w:hAnsi="Arial" w:cs="Arial"/>
      <w:b/>
      <w:bCs/>
      <w:color w:val="003A5D"/>
      <w:sz w:val="28"/>
      <w:szCs w:val="24"/>
    </w:rPr>
  </w:style>
  <w:style w:type="character" w:customStyle="1" w:styleId="2Char">
    <w:name w:val="Επικεφαλίδα 2 Char"/>
    <w:basedOn w:val="a2"/>
    <w:link w:val="21"/>
    <w:uiPriority w:val="9"/>
    <w:rsid w:val="000619FD"/>
    <w:rPr>
      <w:rFonts w:ascii="Arial" w:eastAsiaTheme="majorEastAsia" w:hAnsi="Arial" w:cs="Arial"/>
      <w:b/>
      <w:bCs/>
      <w:color w:val="B51636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  <w:spacing w:after="320"/>
      <w:jc w:val="center"/>
    </w:pPr>
    <w:rPr>
      <w:rFonts w:asciiTheme="majorHAnsi" w:eastAsiaTheme="majorEastAsia" w:hAnsiTheme="majorHAnsi" w:cstheme="majorBidi"/>
      <w:i/>
      <w:iCs/>
      <w:color w:val="6B7280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after="160" w:line="240" w:lineRule="auto"/>
      <w:jc w:val="center"/>
    </w:pPr>
    <w:rPr>
      <w:b/>
      <w:bCs/>
      <w:i/>
      <w:color w:val="6B7280"/>
      <w:sz w:val="19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ceholder">
    <w:name w:val="Placeholder"/>
    <w:pPr>
      <w:spacing w:after="160" w:line="264" w:lineRule="auto"/>
      <w:jc w:val="both"/>
    </w:pPr>
    <w:rPr>
      <w:rFonts w:ascii="Arial" w:eastAsia="Arial" w:hAnsi="Arial" w:cs="Arial"/>
      <w:i/>
      <w:color w:val="6B7280"/>
      <w:sz w:val="21"/>
    </w:rPr>
  </w:style>
  <w:style w:type="paragraph" w:customStyle="1" w:styleId="CoverSmall">
    <w:name w:val="CoverSmall"/>
    <w:pPr>
      <w:spacing w:after="40"/>
      <w:jc w:val="center"/>
    </w:pPr>
    <w:rPr>
      <w:rFonts w:ascii="Arial" w:eastAsia="Arial" w:hAnsi="Arial" w:cs="Arial"/>
      <w:color w:val="111827"/>
      <w:sz w:val="21"/>
    </w:rPr>
  </w:style>
  <w:style w:type="paragraph" w:customStyle="1" w:styleId="CoverInstitution">
    <w:name w:val="CoverInstitution"/>
    <w:pPr>
      <w:spacing w:after="80"/>
      <w:jc w:val="center"/>
    </w:pPr>
    <w:rPr>
      <w:rFonts w:ascii="Arial" w:eastAsia="Arial" w:hAnsi="Arial" w:cs="Arial"/>
      <w:b/>
      <w:color w:val="003A5D"/>
      <w:sz w:val="24"/>
    </w:rPr>
  </w:style>
  <w:style w:type="paragraph" w:customStyle="1" w:styleId="ThesisTitle">
    <w:name w:val="ThesisTitle"/>
    <w:pPr>
      <w:spacing w:after="160" w:line="259" w:lineRule="auto"/>
      <w:jc w:val="center"/>
    </w:pPr>
    <w:rPr>
      <w:rFonts w:ascii="Arial" w:eastAsia="Arial" w:hAnsi="Arial" w:cs="Arial"/>
      <w:b/>
      <w:color w:val="003A5D"/>
      <w:sz w:val="42"/>
    </w:rPr>
  </w:style>
  <w:style w:type="paragraph" w:customStyle="1" w:styleId="SectionTitle">
    <w:name w:val="SectionTitle"/>
    <w:pPr>
      <w:spacing w:before="160"/>
    </w:pPr>
    <w:rPr>
      <w:rFonts w:ascii="Arial" w:eastAsia="Arial" w:hAnsi="Arial" w:cs="Arial"/>
      <w:b/>
      <w:color w:val="003A5D"/>
      <w:sz w:val="28"/>
    </w:rPr>
  </w:style>
  <w:style w:type="paragraph" w:customStyle="1" w:styleId="ThesisNote">
    <w:name w:val="ThesisNote"/>
    <w:pPr>
      <w:spacing w:after="160" w:line="264" w:lineRule="auto"/>
      <w:ind w:left="283" w:right="170"/>
    </w:pPr>
    <w:rPr>
      <w:rFonts w:ascii="Arial" w:eastAsia="Arial" w:hAnsi="Arial" w:cs="Arial"/>
      <w:color w:val="111827"/>
      <w:sz w:val="20"/>
    </w:rPr>
  </w:style>
  <w:style w:type="paragraph" w:styleId="13">
    <w:name w:val="toc 1"/>
    <w:basedOn w:val="a1"/>
    <w:next w:val="a1"/>
    <w:autoRedefine/>
    <w:uiPriority w:val="39"/>
    <w:unhideWhenUsed/>
    <w:rsid w:val="000619FD"/>
    <w:pPr>
      <w:spacing w:after="100"/>
    </w:pPr>
  </w:style>
  <w:style w:type="paragraph" w:styleId="28">
    <w:name w:val="toc 2"/>
    <w:basedOn w:val="a1"/>
    <w:next w:val="a1"/>
    <w:autoRedefine/>
    <w:uiPriority w:val="39"/>
    <w:unhideWhenUsed/>
    <w:rsid w:val="000619FD"/>
    <w:pPr>
      <w:spacing w:after="100"/>
      <w:ind w:left="220"/>
    </w:pPr>
  </w:style>
  <w:style w:type="character" w:styleId="-">
    <w:name w:val="Hyperlink"/>
    <w:basedOn w:val="a2"/>
    <w:uiPriority w:val="99"/>
    <w:unhideWhenUsed/>
    <w:rsid w:val="000619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1585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MARIA-ELENI KASTELI</cp:lastModifiedBy>
  <cp:revision>4</cp:revision>
  <dcterms:created xsi:type="dcterms:W3CDTF">2013-12-23T23:15:00Z</dcterms:created>
  <dcterms:modified xsi:type="dcterms:W3CDTF">2026-06-04T16:57:00Z</dcterms:modified>
  <cp:category/>
</cp:coreProperties>
</file>